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E716B9" w14:paraId="5FE0C417" w14:textId="77777777">
        <w:trPr>
          <w:jc w:val="center"/>
        </w:trPr>
        <w:tc>
          <w:tcPr>
            <w:tcW w:w="10368" w:type="dxa"/>
            <w:shd w:val="clear" w:color="auto" w:fill="E8F2F2"/>
            <w:tcMar>
              <w:top w:w="100" w:type="dxa"/>
              <w:left w:w="120" w:type="dxa"/>
              <w:bottom w:w="100" w:type="dxa"/>
              <w:right w:w="120" w:type="dxa"/>
            </w:tcMar>
          </w:tcPr>
          <w:p w14:paraId="3FD4D24B" w14:textId="77777777" w:rsidR="00E716B9" w:rsidRDefault="009A27E6">
            <w:pPr>
              <w:spacing w:after="0"/>
              <w:jc w:val="center"/>
              <w:rPr>
                <w:rFonts w:hint="eastAsia"/>
              </w:rPr>
            </w:pPr>
            <w:r>
              <w:rPr>
                <w:b/>
                <w:color w:val="17324D"/>
                <w:sz w:val="22"/>
              </w:rPr>
              <w:t>Harbor &amp; Haven Home Care, LLC</w:t>
            </w:r>
          </w:p>
          <w:p w14:paraId="62945073" w14:textId="77777777" w:rsidR="00E716B9" w:rsidRDefault="009A27E6">
            <w:pPr>
              <w:spacing w:after="0"/>
              <w:jc w:val="center"/>
              <w:rPr>
                <w:rFonts w:hint="eastAsia"/>
              </w:rPr>
            </w:pPr>
            <w:r>
              <w:rPr>
                <w:color w:val="17324D"/>
                <w:sz w:val="18"/>
              </w:rPr>
              <w:t>1520 Belle View Blvd. Suite 5517</w:t>
            </w:r>
          </w:p>
          <w:p w14:paraId="6EDF375F" w14:textId="77777777" w:rsidR="00E716B9" w:rsidRDefault="009A27E6">
            <w:pPr>
              <w:spacing w:after="0"/>
              <w:jc w:val="center"/>
              <w:rPr>
                <w:rFonts w:hint="eastAsia"/>
              </w:rPr>
            </w:pPr>
            <w:r>
              <w:rPr>
                <w:color w:val="17324D"/>
                <w:sz w:val="18"/>
              </w:rPr>
              <w:t>Alexandria, VA 22307</w:t>
            </w:r>
          </w:p>
          <w:p w14:paraId="46B7E27D" w14:textId="77777777" w:rsidR="00E716B9" w:rsidRDefault="009A27E6">
            <w:pPr>
              <w:spacing w:after="0"/>
              <w:jc w:val="center"/>
              <w:rPr>
                <w:color w:val="17324D"/>
                <w:sz w:val="18"/>
              </w:rPr>
            </w:pPr>
            <w:r>
              <w:rPr>
                <w:color w:val="17324D"/>
                <w:sz w:val="18"/>
              </w:rPr>
              <w:t>Telephone (202) 834-7910</w:t>
            </w:r>
          </w:p>
          <w:p w14:paraId="045C316D" w14:textId="0946264D" w:rsidR="000A74B1" w:rsidRDefault="000A74B1">
            <w:pPr>
              <w:spacing w:after="0"/>
              <w:jc w:val="center"/>
              <w:rPr>
                <w:rFonts w:hint="eastAsia"/>
              </w:rPr>
            </w:pPr>
            <w:r>
              <w:t>support@harborhavencare.org</w:t>
            </w:r>
          </w:p>
        </w:tc>
      </w:tr>
    </w:tbl>
    <w:p w14:paraId="4CCF879D" w14:textId="77777777" w:rsidR="00E716B9" w:rsidRDefault="009A27E6">
      <w:pPr>
        <w:pStyle w:val="Title"/>
        <w:jc w:val="center"/>
      </w:pPr>
      <w:r>
        <w:t>Authorization to Release Medical and Health Information</w:t>
      </w:r>
    </w:p>
    <w:p w14:paraId="50926308" w14:textId="77777777" w:rsidR="00E716B9" w:rsidRDefault="009A27E6">
      <w:pPr>
        <w:jc w:val="center"/>
        <w:rPr>
          <w:rFonts w:hint="eastAsia"/>
        </w:rPr>
      </w:pPr>
      <w:r>
        <w:rPr>
          <w:i/>
          <w:color w:val="666666"/>
        </w:rPr>
        <w:t>Form version — July 30, 2026</w:t>
      </w:r>
    </w:p>
    <w:tbl>
      <w:tblPr>
        <w:tblW w:w="0" w:type="auto"/>
        <w:jc w:val="center"/>
        <w:tblLook w:val="04A0" w:firstRow="1" w:lastRow="0" w:firstColumn="1" w:lastColumn="0" w:noHBand="0" w:noVBand="1"/>
      </w:tblPr>
      <w:tblGrid>
        <w:gridCol w:w="10368"/>
      </w:tblGrid>
      <w:tr w:rsidR="00E716B9" w14:paraId="3A1AD0A7" w14:textId="77777777">
        <w:trPr>
          <w:jc w:val="center"/>
        </w:trPr>
        <w:tc>
          <w:tcPr>
            <w:tcW w:w="10368" w:type="dxa"/>
            <w:shd w:val="clear" w:color="auto" w:fill="F6F1E5"/>
            <w:tcMar>
              <w:top w:w="100" w:type="dxa"/>
              <w:left w:w="120" w:type="dxa"/>
              <w:bottom w:w="100" w:type="dxa"/>
              <w:right w:w="120" w:type="dxa"/>
            </w:tcMar>
          </w:tcPr>
          <w:p w14:paraId="1AEE114F" w14:textId="77777777" w:rsidR="00E716B9" w:rsidRDefault="009A27E6">
            <w:pPr>
              <w:spacing w:after="0"/>
              <w:rPr>
                <w:rFonts w:hint="eastAsia"/>
              </w:rPr>
            </w:pPr>
            <w:r>
              <w:t>Please complete all applicable sections. This form authorizes Harbor &amp; Haven to disclose the records identified below. A separate authorization may be needed if another provider is releasing records to Harbor &amp; Haven. Do not use this form for an emergency.</w:t>
            </w:r>
          </w:p>
        </w:tc>
      </w:tr>
    </w:tbl>
    <w:p w14:paraId="31C35F0D" w14:textId="77777777" w:rsidR="00E716B9" w:rsidRDefault="009A27E6">
      <w:pPr>
        <w:pStyle w:val="Heading1"/>
      </w:pPr>
      <w:r>
        <w:t>1. Individual whose information may be released</w:t>
      </w:r>
    </w:p>
    <w:tbl>
      <w:tblPr>
        <w:tblStyle w:val="TableGrid"/>
        <w:tblW w:w="0" w:type="auto"/>
        <w:jc w:val="center"/>
        <w:tblLook w:val="04A0" w:firstRow="1" w:lastRow="0" w:firstColumn="1" w:lastColumn="0" w:noHBand="0" w:noVBand="1"/>
      </w:tblPr>
      <w:tblGrid>
        <w:gridCol w:w="4524"/>
        <w:gridCol w:w="5834"/>
      </w:tblGrid>
      <w:tr w:rsidR="00E716B9" w14:paraId="5194FEE5" w14:textId="77777777">
        <w:trPr>
          <w:jc w:val="center"/>
        </w:trPr>
        <w:tc>
          <w:tcPr>
            <w:tcW w:w="5184" w:type="dxa"/>
            <w:shd w:val="clear" w:color="auto" w:fill="E8F2F2"/>
            <w:tcMar>
              <w:top w:w="100" w:type="dxa"/>
              <w:left w:w="120" w:type="dxa"/>
              <w:bottom w:w="100" w:type="dxa"/>
              <w:right w:w="120" w:type="dxa"/>
            </w:tcMar>
            <w:vAlign w:val="center"/>
          </w:tcPr>
          <w:p w14:paraId="2F223B08" w14:textId="77777777" w:rsidR="00E716B9" w:rsidRDefault="009A27E6">
            <w:pPr>
              <w:rPr>
                <w:rFonts w:hint="eastAsia"/>
              </w:rPr>
            </w:pPr>
            <w:r>
              <w:rPr>
                <w:b/>
              </w:rPr>
              <w:t>Full legal name</w:t>
            </w:r>
          </w:p>
        </w:tc>
        <w:tc>
          <w:tcPr>
            <w:tcW w:w="5184" w:type="dxa"/>
            <w:tcMar>
              <w:top w:w="100" w:type="dxa"/>
              <w:left w:w="120" w:type="dxa"/>
              <w:bottom w:w="100" w:type="dxa"/>
              <w:right w:w="120" w:type="dxa"/>
            </w:tcMar>
            <w:vAlign w:val="center"/>
          </w:tcPr>
          <w:p w14:paraId="4F3F7C6B" w14:textId="77777777" w:rsidR="00E716B9" w:rsidRDefault="009A27E6">
            <w:pPr>
              <w:rPr>
                <w:rFonts w:hint="eastAsia"/>
              </w:rPr>
            </w:pPr>
            <w:r>
              <w:t>________________________________________________________________</w:t>
            </w:r>
          </w:p>
        </w:tc>
      </w:tr>
      <w:tr w:rsidR="00E716B9" w14:paraId="58F9C0F4" w14:textId="77777777">
        <w:trPr>
          <w:jc w:val="center"/>
        </w:trPr>
        <w:tc>
          <w:tcPr>
            <w:tcW w:w="5184" w:type="dxa"/>
            <w:shd w:val="clear" w:color="auto" w:fill="E8F2F2"/>
            <w:tcMar>
              <w:top w:w="100" w:type="dxa"/>
              <w:left w:w="120" w:type="dxa"/>
              <w:bottom w:w="100" w:type="dxa"/>
              <w:right w:w="120" w:type="dxa"/>
            </w:tcMar>
            <w:vAlign w:val="center"/>
          </w:tcPr>
          <w:p w14:paraId="5C0371DA" w14:textId="77777777" w:rsidR="00E716B9" w:rsidRDefault="009A27E6">
            <w:pPr>
              <w:rPr>
                <w:rFonts w:hint="eastAsia"/>
              </w:rPr>
            </w:pPr>
            <w:r>
              <w:rPr>
                <w:b/>
              </w:rPr>
              <w:t>Date of birth</w:t>
            </w:r>
          </w:p>
        </w:tc>
        <w:tc>
          <w:tcPr>
            <w:tcW w:w="5184" w:type="dxa"/>
            <w:tcMar>
              <w:top w:w="100" w:type="dxa"/>
              <w:left w:w="120" w:type="dxa"/>
              <w:bottom w:w="100" w:type="dxa"/>
              <w:right w:w="120" w:type="dxa"/>
            </w:tcMar>
            <w:vAlign w:val="center"/>
          </w:tcPr>
          <w:p w14:paraId="0B33B029" w14:textId="77777777" w:rsidR="00E716B9" w:rsidRDefault="009A27E6">
            <w:pPr>
              <w:rPr>
                <w:rFonts w:hint="eastAsia"/>
              </w:rPr>
            </w:pPr>
            <w:r>
              <w:t>________________________</w:t>
            </w:r>
          </w:p>
        </w:tc>
      </w:tr>
      <w:tr w:rsidR="00E716B9" w14:paraId="0B625963" w14:textId="77777777">
        <w:trPr>
          <w:jc w:val="center"/>
        </w:trPr>
        <w:tc>
          <w:tcPr>
            <w:tcW w:w="5184" w:type="dxa"/>
            <w:shd w:val="clear" w:color="auto" w:fill="E8F2F2"/>
            <w:tcMar>
              <w:top w:w="100" w:type="dxa"/>
              <w:left w:w="120" w:type="dxa"/>
              <w:bottom w:w="100" w:type="dxa"/>
              <w:right w:w="120" w:type="dxa"/>
            </w:tcMar>
            <w:vAlign w:val="center"/>
          </w:tcPr>
          <w:p w14:paraId="006C22FE" w14:textId="77777777" w:rsidR="00E716B9" w:rsidRDefault="009A27E6">
            <w:pPr>
              <w:rPr>
                <w:rFonts w:hint="eastAsia"/>
              </w:rPr>
            </w:pPr>
            <w:r>
              <w:rPr>
                <w:b/>
              </w:rPr>
              <w:t>Current address</w:t>
            </w:r>
          </w:p>
        </w:tc>
        <w:tc>
          <w:tcPr>
            <w:tcW w:w="5184" w:type="dxa"/>
            <w:tcMar>
              <w:top w:w="100" w:type="dxa"/>
              <w:left w:w="120" w:type="dxa"/>
              <w:bottom w:w="100" w:type="dxa"/>
              <w:right w:w="120" w:type="dxa"/>
            </w:tcMar>
            <w:vAlign w:val="center"/>
          </w:tcPr>
          <w:p w14:paraId="4F870F4A" w14:textId="77777777" w:rsidR="00E716B9" w:rsidRDefault="009A27E6">
            <w:pPr>
              <w:rPr>
                <w:rFonts w:hint="eastAsia"/>
              </w:rPr>
            </w:pPr>
            <w:r>
              <w:t>________________________________________________________________</w:t>
            </w:r>
          </w:p>
        </w:tc>
      </w:tr>
      <w:tr w:rsidR="00E716B9" w14:paraId="6B6EC380" w14:textId="77777777">
        <w:trPr>
          <w:jc w:val="center"/>
        </w:trPr>
        <w:tc>
          <w:tcPr>
            <w:tcW w:w="5184" w:type="dxa"/>
            <w:shd w:val="clear" w:color="auto" w:fill="E8F2F2"/>
            <w:tcMar>
              <w:top w:w="100" w:type="dxa"/>
              <w:left w:w="120" w:type="dxa"/>
              <w:bottom w:w="100" w:type="dxa"/>
              <w:right w:w="120" w:type="dxa"/>
            </w:tcMar>
            <w:vAlign w:val="center"/>
          </w:tcPr>
          <w:p w14:paraId="570BDF30" w14:textId="77777777" w:rsidR="00E716B9" w:rsidRDefault="009A27E6">
            <w:pPr>
              <w:rPr>
                <w:rFonts w:hint="eastAsia"/>
              </w:rPr>
            </w:pPr>
            <w:r>
              <w:rPr>
                <w:b/>
              </w:rPr>
              <w:t>City, state, ZIP</w:t>
            </w:r>
          </w:p>
        </w:tc>
        <w:tc>
          <w:tcPr>
            <w:tcW w:w="5184" w:type="dxa"/>
            <w:tcMar>
              <w:top w:w="100" w:type="dxa"/>
              <w:left w:w="120" w:type="dxa"/>
              <w:bottom w:w="100" w:type="dxa"/>
              <w:right w:w="120" w:type="dxa"/>
            </w:tcMar>
            <w:vAlign w:val="center"/>
          </w:tcPr>
          <w:p w14:paraId="7D7E256D" w14:textId="77777777" w:rsidR="00E716B9" w:rsidRDefault="009A27E6">
            <w:pPr>
              <w:rPr>
                <w:rFonts w:hint="eastAsia"/>
              </w:rPr>
            </w:pPr>
            <w:r>
              <w:t>________________________________________________________________</w:t>
            </w:r>
          </w:p>
        </w:tc>
      </w:tr>
      <w:tr w:rsidR="00E716B9" w14:paraId="4EC9C671" w14:textId="77777777">
        <w:trPr>
          <w:jc w:val="center"/>
        </w:trPr>
        <w:tc>
          <w:tcPr>
            <w:tcW w:w="5184" w:type="dxa"/>
            <w:shd w:val="clear" w:color="auto" w:fill="E8F2F2"/>
            <w:tcMar>
              <w:top w:w="100" w:type="dxa"/>
              <w:left w:w="120" w:type="dxa"/>
              <w:bottom w:w="100" w:type="dxa"/>
              <w:right w:w="120" w:type="dxa"/>
            </w:tcMar>
            <w:vAlign w:val="center"/>
          </w:tcPr>
          <w:p w14:paraId="134EFDEA" w14:textId="77777777" w:rsidR="00E716B9" w:rsidRDefault="009A27E6">
            <w:pPr>
              <w:rPr>
                <w:rFonts w:hint="eastAsia"/>
              </w:rPr>
            </w:pPr>
            <w:r>
              <w:rPr>
                <w:b/>
              </w:rPr>
              <w:t>Telephone</w:t>
            </w:r>
          </w:p>
        </w:tc>
        <w:tc>
          <w:tcPr>
            <w:tcW w:w="5184" w:type="dxa"/>
            <w:tcMar>
              <w:top w:w="100" w:type="dxa"/>
              <w:left w:w="120" w:type="dxa"/>
              <w:bottom w:w="100" w:type="dxa"/>
              <w:right w:w="120" w:type="dxa"/>
            </w:tcMar>
            <w:vAlign w:val="center"/>
          </w:tcPr>
          <w:p w14:paraId="586FA996" w14:textId="77777777" w:rsidR="00E716B9" w:rsidRDefault="009A27E6">
            <w:pPr>
              <w:rPr>
                <w:rFonts w:hint="eastAsia"/>
              </w:rPr>
            </w:pPr>
            <w:r>
              <w:t>________________________     Email  ____________________________________</w:t>
            </w:r>
          </w:p>
        </w:tc>
      </w:tr>
      <w:tr w:rsidR="00E716B9" w14:paraId="772215BE" w14:textId="77777777">
        <w:trPr>
          <w:jc w:val="center"/>
        </w:trPr>
        <w:tc>
          <w:tcPr>
            <w:tcW w:w="5184" w:type="dxa"/>
            <w:shd w:val="clear" w:color="auto" w:fill="E8F2F2"/>
            <w:tcMar>
              <w:top w:w="100" w:type="dxa"/>
              <w:left w:w="120" w:type="dxa"/>
              <w:bottom w:w="100" w:type="dxa"/>
              <w:right w:w="120" w:type="dxa"/>
            </w:tcMar>
            <w:vAlign w:val="center"/>
          </w:tcPr>
          <w:p w14:paraId="2DCECCEC" w14:textId="77777777" w:rsidR="00E716B9" w:rsidRDefault="009A27E6">
            <w:pPr>
              <w:rPr>
                <w:rFonts w:hint="eastAsia"/>
              </w:rPr>
            </w:pPr>
            <w:r>
              <w:rPr>
                <w:b/>
              </w:rPr>
              <w:t>Client or record number, if known</w:t>
            </w:r>
          </w:p>
        </w:tc>
        <w:tc>
          <w:tcPr>
            <w:tcW w:w="5184" w:type="dxa"/>
            <w:tcMar>
              <w:top w:w="100" w:type="dxa"/>
              <w:left w:w="120" w:type="dxa"/>
              <w:bottom w:w="100" w:type="dxa"/>
              <w:right w:w="120" w:type="dxa"/>
            </w:tcMar>
            <w:vAlign w:val="center"/>
          </w:tcPr>
          <w:p w14:paraId="7198347A" w14:textId="77777777" w:rsidR="00E716B9" w:rsidRDefault="009A27E6">
            <w:pPr>
              <w:rPr>
                <w:rFonts w:hint="eastAsia"/>
              </w:rPr>
            </w:pPr>
            <w:r>
              <w:t>________________________________________________</w:t>
            </w:r>
          </w:p>
        </w:tc>
      </w:tr>
    </w:tbl>
    <w:p w14:paraId="71A909BD" w14:textId="77777777" w:rsidR="00E716B9" w:rsidRDefault="009A27E6">
      <w:pPr>
        <w:pStyle w:val="Heading1"/>
      </w:pPr>
      <w:r>
        <w:t>2. Person or organization authorized to disclose information</w:t>
      </w:r>
    </w:p>
    <w:tbl>
      <w:tblPr>
        <w:tblW w:w="0" w:type="auto"/>
        <w:jc w:val="center"/>
        <w:tblLook w:val="04A0" w:firstRow="1" w:lastRow="0" w:firstColumn="1" w:lastColumn="0" w:noHBand="0" w:noVBand="1"/>
      </w:tblPr>
      <w:tblGrid>
        <w:gridCol w:w="10368"/>
      </w:tblGrid>
      <w:tr w:rsidR="00E716B9" w14:paraId="5ABCD669" w14:textId="77777777">
        <w:trPr>
          <w:jc w:val="center"/>
        </w:trPr>
        <w:tc>
          <w:tcPr>
            <w:tcW w:w="10368" w:type="dxa"/>
            <w:shd w:val="clear" w:color="auto" w:fill="F6F1E5"/>
            <w:tcMar>
              <w:top w:w="100" w:type="dxa"/>
              <w:left w:w="120" w:type="dxa"/>
              <w:bottom w:w="100" w:type="dxa"/>
              <w:right w:w="120" w:type="dxa"/>
            </w:tcMar>
          </w:tcPr>
          <w:p w14:paraId="7CE79144" w14:textId="77777777" w:rsidR="00E716B9" w:rsidRDefault="009A27E6">
            <w:pPr>
              <w:spacing w:after="0"/>
              <w:rPr>
                <w:rFonts w:hint="eastAsia"/>
              </w:rPr>
            </w:pPr>
            <w:r>
              <w:t>I authorize Harbor &amp; Haven Home Care, LLC, including its authorized workforce members and record-service vendors, to disclose the information described in this authorization.</w:t>
            </w:r>
          </w:p>
        </w:tc>
      </w:tr>
    </w:tbl>
    <w:p w14:paraId="197A6BF7" w14:textId="77777777" w:rsidR="00E716B9" w:rsidRDefault="009A27E6">
      <w:pPr>
        <w:pStyle w:val="Heading1"/>
      </w:pPr>
      <w:r>
        <w:t>3. Person or organization authorized to receive information</w:t>
      </w:r>
    </w:p>
    <w:tbl>
      <w:tblPr>
        <w:tblStyle w:val="TableGrid"/>
        <w:tblW w:w="0" w:type="auto"/>
        <w:jc w:val="center"/>
        <w:tblLook w:val="04A0" w:firstRow="1" w:lastRow="0" w:firstColumn="1" w:lastColumn="0" w:noHBand="0" w:noVBand="1"/>
      </w:tblPr>
      <w:tblGrid>
        <w:gridCol w:w="4524"/>
        <w:gridCol w:w="5834"/>
      </w:tblGrid>
      <w:tr w:rsidR="00E716B9" w14:paraId="0F460069" w14:textId="77777777">
        <w:trPr>
          <w:jc w:val="center"/>
        </w:trPr>
        <w:tc>
          <w:tcPr>
            <w:tcW w:w="5184" w:type="dxa"/>
            <w:shd w:val="clear" w:color="auto" w:fill="E8F2F2"/>
            <w:tcMar>
              <w:top w:w="100" w:type="dxa"/>
              <w:left w:w="120" w:type="dxa"/>
              <w:bottom w:w="100" w:type="dxa"/>
              <w:right w:w="120" w:type="dxa"/>
            </w:tcMar>
            <w:vAlign w:val="center"/>
          </w:tcPr>
          <w:p w14:paraId="088C92D7" w14:textId="77777777" w:rsidR="00E716B9" w:rsidRDefault="009A27E6">
            <w:pPr>
              <w:rPr>
                <w:rFonts w:hint="eastAsia"/>
              </w:rPr>
            </w:pPr>
            <w:r>
              <w:rPr>
                <w:b/>
              </w:rPr>
              <w:t>Recipient name or organization</w:t>
            </w:r>
          </w:p>
        </w:tc>
        <w:tc>
          <w:tcPr>
            <w:tcW w:w="5184" w:type="dxa"/>
            <w:tcMar>
              <w:top w:w="100" w:type="dxa"/>
              <w:left w:w="120" w:type="dxa"/>
              <w:bottom w:w="100" w:type="dxa"/>
              <w:right w:w="120" w:type="dxa"/>
            </w:tcMar>
            <w:vAlign w:val="center"/>
          </w:tcPr>
          <w:p w14:paraId="13E9E6C0" w14:textId="77777777" w:rsidR="00E716B9" w:rsidRDefault="009A27E6">
            <w:pPr>
              <w:rPr>
                <w:rFonts w:hint="eastAsia"/>
              </w:rPr>
            </w:pPr>
            <w:r>
              <w:t>___________________________________________________</w:t>
            </w:r>
          </w:p>
        </w:tc>
      </w:tr>
      <w:tr w:rsidR="00E716B9" w14:paraId="58DE2D48" w14:textId="77777777">
        <w:trPr>
          <w:jc w:val="center"/>
        </w:trPr>
        <w:tc>
          <w:tcPr>
            <w:tcW w:w="5184" w:type="dxa"/>
            <w:shd w:val="clear" w:color="auto" w:fill="E8F2F2"/>
            <w:tcMar>
              <w:top w:w="100" w:type="dxa"/>
              <w:left w:w="120" w:type="dxa"/>
              <w:bottom w:w="100" w:type="dxa"/>
              <w:right w:w="120" w:type="dxa"/>
            </w:tcMar>
            <w:vAlign w:val="center"/>
          </w:tcPr>
          <w:p w14:paraId="0B8A7984" w14:textId="77777777" w:rsidR="00E716B9" w:rsidRDefault="009A27E6">
            <w:pPr>
              <w:rPr>
                <w:rFonts w:hint="eastAsia"/>
              </w:rPr>
            </w:pPr>
            <w:r>
              <w:rPr>
                <w:b/>
              </w:rPr>
              <w:t>Attention</w:t>
            </w:r>
          </w:p>
        </w:tc>
        <w:tc>
          <w:tcPr>
            <w:tcW w:w="5184" w:type="dxa"/>
            <w:tcMar>
              <w:top w:w="100" w:type="dxa"/>
              <w:left w:w="120" w:type="dxa"/>
              <w:bottom w:w="100" w:type="dxa"/>
              <w:right w:w="120" w:type="dxa"/>
            </w:tcMar>
            <w:vAlign w:val="center"/>
          </w:tcPr>
          <w:p w14:paraId="5A64675C" w14:textId="77777777" w:rsidR="00E716B9" w:rsidRDefault="009A27E6">
            <w:pPr>
              <w:rPr>
                <w:rFonts w:hint="eastAsia"/>
              </w:rPr>
            </w:pPr>
            <w:r>
              <w:t>________________________________________________________________</w:t>
            </w:r>
          </w:p>
        </w:tc>
      </w:tr>
      <w:tr w:rsidR="00E716B9" w14:paraId="484A8EDB" w14:textId="77777777">
        <w:trPr>
          <w:jc w:val="center"/>
        </w:trPr>
        <w:tc>
          <w:tcPr>
            <w:tcW w:w="5184" w:type="dxa"/>
            <w:shd w:val="clear" w:color="auto" w:fill="E8F2F2"/>
            <w:tcMar>
              <w:top w:w="100" w:type="dxa"/>
              <w:left w:w="120" w:type="dxa"/>
              <w:bottom w:w="100" w:type="dxa"/>
              <w:right w:w="120" w:type="dxa"/>
            </w:tcMar>
            <w:vAlign w:val="center"/>
          </w:tcPr>
          <w:p w14:paraId="5E7BFC78" w14:textId="77777777" w:rsidR="00E716B9" w:rsidRDefault="009A27E6">
            <w:pPr>
              <w:rPr>
                <w:rFonts w:hint="eastAsia"/>
              </w:rPr>
            </w:pPr>
            <w:r>
              <w:rPr>
                <w:b/>
              </w:rPr>
              <w:t>Mailing address</w:t>
            </w:r>
          </w:p>
        </w:tc>
        <w:tc>
          <w:tcPr>
            <w:tcW w:w="5184" w:type="dxa"/>
            <w:tcMar>
              <w:top w:w="100" w:type="dxa"/>
              <w:left w:w="120" w:type="dxa"/>
              <w:bottom w:w="100" w:type="dxa"/>
              <w:right w:w="120" w:type="dxa"/>
            </w:tcMar>
            <w:vAlign w:val="center"/>
          </w:tcPr>
          <w:p w14:paraId="55917536" w14:textId="77777777" w:rsidR="00E716B9" w:rsidRDefault="009A27E6">
            <w:pPr>
              <w:rPr>
                <w:rFonts w:hint="eastAsia"/>
              </w:rPr>
            </w:pPr>
            <w:r>
              <w:t>________________________________________________________________</w:t>
            </w:r>
          </w:p>
        </w:tc>
      </w:tr>
      <w:tr w:rsidR="00E716B9" w14:paraId="1D769CBC" w14:textId="77777777">
        <w:trPr>
          <w:jc w:val="center"/>
        </w:trPr>
        <w:tc>
          <w:tcPr>
            <w:tcW w:w="5184" w:type="dxa"/>
            <w:shd w:val="clear" w:color="auto" w:fill="E8F2F2"/>
            <w:tcMar>
              <w:top w:w="100" w:type="dxa"/>
              <w:left w:w="120" w:type="dxa"/>
              <w:bottom w:w="100" w:type="dxa"/>
              <w:right w:w="120" w:type="dxa"/>
            </w:tcMar>
            <w:vAlign w:val="center"/>
          </w:tcPr>
          <w:p w14:paraId="6F573329" w14:textId="77777777" w:rsidR="00E716B9" w:rsidRDefault="009A27E6">
            <w:pPr>
              <w:rPr>
                <w:rFonts w:hint="eastAsia"/>
              </w:rPr>
            </w:pPr>
            <w:r>
              <w:rPr>
                <w:b/>
              </w:rPr>
              <w:t>City, state, ZIP</w:t>
            </w:r>
          </w:p>
        </w:tc>
        <w:tc>
          <w:tcPr>
            <w:tcW w:w="5184" w:type="dxa"/>
            <w:tcMar>
              <w:top w:w="100" w:type="dxa"/>
              <w:left w:w="120" w:type="dxa"/>
              <w:bottom w:w="100" w:type="dxa"/>
              <w:right w:w="120" w:type="dxa"/>
            </w:tcMar>
            <w:vAlign w:val="center"/>
          </w:tcPr>
          <w:p w14:paraId="7F52904B" w14:textId="77777777" w:rsidR="00E716B9" w:rsidRDefault="009A27E6">
            <w:pPr>
              <w:rPr>
                <w:rFonts w:hint="eastAsia"/>
              </w:rPr>
            </w:pPr>
            <w:r>
              <w:t>________________________________________________________________</w:t>
            </w:r>
          </w:p>
        </w:tc>
      </w:tr>
      <w:tr w:rsidR="00E716B9" w14:paraId="10DF2A1B" w14:textId="77777777">
        <w:trPr>
          <w:jc w:val="center"/>
        </w:trPr>
        <w:tc>
          <w:tcPr>
            <w:tcW w:w="5184" w:type="dxa"/>
            <w:shd w:val="clear" w:color="auto" w:fill="E8F2F2"/>
            <w:tcMar>
              <w:top w:w="100" w:type="dxa"/>
              <w:left w:w="120" w:type="dxa"/>
              <w:bottom w:w="100" w:type="dxa"/>
              <w:right w:w="120" w:type="dxa"/>
            </w:tcMar>
            <w:vAlign w:val="center"/>
          </w:tcPr>
          <w:p w14:paraId="6A67AC24" w14:textId="77777777" w:rsidR="00E716B9" w:rsidRDefault="009A27E6">
            <w:pPr>
              <w:rPr>
                <w:rFonts w:hint="eastAsia"/>
              </w:rPr>
            </w:pPr>
            <w:r>
              <w:rPr>
                <w:b/>
              </w:rPr>
              <w:t>Telephone</w:t>
            </w:r>
          </w:p>
        </w:tc>
        <w:tc>
          <w:tcPr>
            <w:tcW w:w="5184" w:type="dxa"/>
            <w:tcMar>
              <w:top w:w="100" w:type="dxa"/>
              <w:left w:w="120" w:type="dxa"/>
              <w:bottom w:w="100" w:type="dxa"/>
              <w:right w:w="120" w:type="dxa"/>
            </w:tcMar>
            <w:vAlign w:val="center"/>
          </w:tcPr>
          <w:p w14:paraId="2643C4BC" w14:textId="77777777" w:rsidR="00E716B9" w:rsidRDefault="009A27E6">
            <w:pPr>
              <w:rPr>
                <w:rFonts w:hint="eastAsia"/>
              </w:rPr>
            </w:pPr>
            <w:r>
              <w:t>________________________     Fax  ______________________________________</w:t>
            </w:r>
          </w:p>
        </w:tc>
      </w:tr>
      <w:tr w:rsidR="00E716B9" w14:paraId="5D02AAE4" w14:textId="77777777">
        <w:trPr>
          <w:jc w:val="center"/>
        </w:trPr>
        <w:tc>
          <w:tcPr>
            <w:tcW w:w="5184" w:type="dxa"/>
            <w:shd w:val="clear" w:color="auto" w:fill="E8F2F2"/>
            <w:tcMar>
              <w:top w:w="100" w:type="dxa"/>
              <w:left w:w="120" w:type="dxa"/>
              <w:bottom w:w="100" w:type="dxa"/>
              <w:right w:w="120" w:type="dxa"/>
            </w:tcMar>
            <w:vAlign w:val="center"/>
          </w:tcPr>
          <w:p w14:paraId="5C5EFE10" w14:textId="77777777" w:rsidR="00E716B9" w:rsidRDefault="009A27E6">
            <w:pPr>
              <w:rPr>
                <w:rFonts w:hint="eastAsia"/>
              </w:rPr>
            </w:pPr>
            <w:r>
              <w:rPr>
                <w:b/>
              </w:rPr>
              <w:t>Secure email</w:t>
            </w:r>
          </w:p>
        </w:tc>
        <w:tc>
          <w:tcPr>
            <w:tcW w:w="5184" w:type="dxa"/>
            <w:tcMar>
              <w:top w:w="100" w:type="dxa"/>
              <w:left w:w="120" w:type="dxa"/>
              <w:bottom w:w="100" w:type="dxa"/>
              <w:right w:w="120" w:type="dxa"/>
            </w:tcMar>
            <w:vAlign w:val="center"/>
          </w:tcPr>
          <w:p w14:paraId="434584C1" w14:textId="77777777" w:rsidR="00E716B9" w:rsidRDefault="009A27E6">
            <w:pPr>
              <w:rPr>
                <w:rFonts w:hint="eastAsia"/>
              </w:rPr>
            </w:pPr>
            <w:r>
              <w:t>________________________________________________________________</w:t>
            </w:r>
          </w:p>
        </w:tc>
      </w:tr>
    </w:tbl>
    <w:p w14:paraId="4A62D14F" w14:textId="77777777" w:rsidR="00E716B9" w:rsidRDefault="009A27E6">
      <w:pPr>
        <w:rPr>
          <w:rFonts w:hint="eastAsia"/>
        </w:rPr>
      </w:pPr>
      <w:r>
        <w:t>Preferred delivery method</w:t>
      </w:r>
    </w:p>
    <w:p w14:paraId="4C048D6E" w14:textId="77777777" w:rsidR="00E716B9" w:rsidRDefault="009A27E6">
      <w:pPr>
        <w:spacing w:after="40"/>
        <w:ind w:left="173"/>
        <w:rPr>
          <w:rFonts w:hint="eastAsia"/>
        </w:rPr>
      </w:pPr>
      <w:r>
        <w:t>☐</w:t>
      </w:r>
      <w:r>
        <w:t xml:space="preserve">  Secure electronic delivery</w:t>
      </w:r>
    </w:p>
    <w:p w14:paraId="65B2849C" w14:textId="77777777" w:rsidR="00E716B9" w:rsidRDefault="009A27E6">
      <w:pPr>
        <w:spacing w:after="40"/>
        <w:ind w:left="173"/>
        <w:rPr>
          <w:rFonts w:hint="eastAsia"/>
        </w:rPr>
      </w:pPr>
      <w:r>
        <w:t>☐</w:t>
      </w:r>
      <w:r>
        <w:t xml:space="preserve">  Encrypted email or approved secure portal</w:t>
      </w:r>
    </w:p>
    <w:p w14:paraId="0C9631BC" w14:textId="77777777" w:rsidR="00E716B9" w:rsidRDefault="009A27E6">
      <w:pPr>
        <w:spacing w:after="40"/>
        <w:ind w:left="173"/>
        <w:rPr>
          <w:rFonts w:hint="eastAsia"/>
        </w:rPr>
      </w:pPr>
      <w:r>
        <w:t>☐</w:t>
      </w:r>
      <w:r>
        <w:t xml:space="preserve">  Fax to the number listed above</w:t>
      </w:r>
    </w:p>
    <w:p w14:paraId="78FEC3B3" w14:textId="77777777" w:rsidR="00E716B9" w:rsidRDefault="009A27E6">
      <w:pPr>
        <w:spacing w:after="40"/>
        <w:ind w:left="173"/>
        <w:rPr>
          <w:rFonts w:hint="eastAsia"/>
        </w:rPr>
      </w:pPr>
      <w:r>
        <w:t>☐</w:t>
      </w:r>
      <w:r>
        <w:t xml:space="preserve">  Mail</w:t>
      </w:r>
    </w:p>
    <w:p w14:paraId="60A69207" w14:textId="77777777" w:rsidR="00E716B9" w:rsidRDefault="009A27E6">
      <w:pPr>
        <w:spacing w:after="40"/>
        <w:ind w:left="173"/>
        <w:rPr>
          <w:rFonts w:hint="eastAsia"/>
        </w:rPr>
      </w:pPr>
      <w:r>
        <w:lastRenderedPageBreak/>
        <w:t>☐</w:t>
      </w:r>
      <w:r>
        <w:t xml:space="preserve">  Pick up by the individual or authorized representative</w:t>
      </w:r>
    </w:p>
    <w:p w14:paraId="713CF4E0" w14:textId="77777777" w:rsidR="00E716B9" w:rsidRDefault="009A27E6">
      <w:pPr>
        <w:spacing w:after="40"/>
        <w:ind w:left="173"/>
        <w:rPr>
          <w:rFonts w:hint="eastAsia"/>
        </w:rPr>
      </w:pPr>
      <w:r>
        <w:t>☐</w:t>
      </w:r>
      <w:r>
        <w:t xml:space="preserve">  Other — __________________________________________________________________</w:t>
      </w:r>
    </w:p>
    <w:p w14:paraId="4A8B2983" w14:textId="77777777" w:rsidR="00E716B9" w:rsidRDefault="009A27E6">
      <w:pPr>
        <w:pStyle w:val="Heading1"/>
      </w:pPr>
      <w:r>
        <w:t>4. Information authorized for release</w:t>
      </w:r>
    </w:p>
    <w:p w14:paraId="57C47568" w14:textId="77777777" w:rsidR="00E716B9" w:rsidRDefault="009A27E6">
      <w:pPr>
        <w:rPr>
          <w:rFonts w:hint="eastAsia"/>
        </w:rPr>
      </w:pPr>
      <w:r>
        <w:t>Select the records to be disclosed. Harbor &amp; Haven will release only records it maintains and may exclude information that another law does not permit it to redisclose.</w:t>
      </w:r>
    </w:p>
    <w:p w14:paraId="26D9096C" w14:textId="77777777" w:rsidR="00E716B9" w:rsidRDefault="009A27E6">
      <w:pPr>
        <w:spacing w:after="40"/>
        <w:ind w:left="173"/>
        <w:rPr>
          <w:rFonts w:hint="eastAsia"/>
        </w:rPr>
      </w:pPr>
      <w:r>
        <w:t>☐</w:t>
      </w:r>
      <w:r>
        <w:t xml:space="preserve">  Entire Harbor &amp; Haven client record for the date range below</w:t>
      </w:r>
    </w:p>
    <w:p w14:paraId="6F4B4AA0" w14:textId="77777777" w:rsidR="00E716B9" w:rsidRDefault="009A27E6">
      <w:pPr>
        <w:spacing w:after="40"/>
        <w:ind w:left="173"/>
        <w:rPr>
          <w:rFonts w:hint="eastAsia"/>
        </w:rPr>
      </w:pPr>
      <w:r>
        <w:t>☐</w:t>
      </w:r>
      <w:r>
        <w:t xml:space="preserve">  Service plan, assessment, and updates</w:t>
      </w:r>
    </w:p>
    <w:p w14:paraId="367AC686" w14:textId="77777777" w:rsidR="00E716B9" w:rsidRDefault="009A27E6">
      <w:pPr>
        <w:spacing w:after="40"/>
        <w:ind w:left="173"/>
        <w:rPr>
          <w:rFonts w:hint="eastAsia"/>
        </w:rPr>
      </w:pPr>
      <w:r>
        <w:t>☐</w:t>
      </w:r>
      <w:r>
        <w:t xml:space="preserve">  Caregiver visit notes, task records, and wellness observations</w:t>
      </w:r>
    </w:p>
    <w:p w14:paraId="1F1ED9D3" w14:textId="77777777" w:rsidR="00E716B9" w:rsidRDefault="009A27E6">
      <w:pPr>
        <w:spacing w:after="40"/>
        <w:ind w:left="173"/>
        <w:rPr>
          <w:rFonts w:hint="eastAsia"/>
        </w:rPr>
      </w:pPr>
      <w:r>
        <w:t>☐</w:t>
      </w:r>
      <w:r>
        <w:t xml:space="preserve">  Medication reminder or medication-list information maintained by Harbor &amp; Haven</w:t>
      </w:r>
    </w:p>
    <w:p w14:paraId="7D9730A4" w14:textId="77777777" w:rsidR="00E716B9" w:rsidRDefault="009A27E6">
      <w:pPr>
        <w:spacing w:after="40"/>
        <w:ind w:left="173"/>
        <w:rPr>
          <w:rFonts w:hint="eastAsia"/>
        </w:rPr>
      </w:pPr>
      <w:r>
        <w:t>☐</w:t>
      </w:r>
      <w:r>
        <w:t xml:space="preserve">  Scheduling, attendance, and service-verification records</w:t>
      </w:r>
    </w:p>
    <w:p w14:paraId="2C31FE3D" w14:textId="77777777" w:rsidR="00E716B9" w:rsidRDefault="009A27E6">
      <w:pPr>
        <w:spacing w:after="40"/>
        <w:ind w:left="173"/>
        <w:rPr>
          <w:rFonts w:hint="eastAsia"/>
        </w:rPr>
      </w:pPr>
      <w:r>
        <w:t>☐</w:t>
      </w:r>
      <w:r>
        <w:t xml:space="preserve">  Billing, payment, insurance, Medicaid, or authorization records</w:t>
      </w:r>
    </w:p>
    <w:p w14:paraId="14F32AFA" w14:textId="77777777" w:rsidR="00E716B9" w:rsidRDefault="009A27E6">
      <w:pPr>
        <w:spacing w:after="40"/>
        <w:ind w:left="173"/>
        <w:rPr>
          <w:rFonts w:hint="eastAsia"/>
        </w:rPr>
      </w:pPr>
      <w:r>
        <w:t>☐</w:t>
      </w:r>
      <w:r>
        <w:t xml:space="preserve">  Incident, safety, transition, or care-coordination records</w:t>
      </w:r>
    </w:p>
    <w:p w14:paraId="4FC470DE" w14:textId="77777777" w:rsidR="00E716B9" w:rsidRDefault="009A27E6">
      <w:pPr>
        <w:spacing w:after="40"/>
        <w:ind w:left="173"/>
        <w:rPr>
          <w:rFonts w:hint="eastAsia"/>
        </w:rPr>
      </w:pPr>
      <w:r>
        <w:t>☐</w:t>
      </w:r>
      <w:r>
        <w:t xml:space="preserve">  Communications with the client, representative, family, provider, or payor</w:t>
      </w:r>
    </w:p>
    <w:p w14:paraId="3E2AC965" w14:textId="77777777" w:rsidR="00E716B9" w:rsidRDefault="009A27E6">
      <w:pPr>
        <w:spacing w:after="40"/>
        <w:ind w:left="173"/>
        <w:rPr>
          <w:rFonts w:hint="eastAsia"/>
        </w:rPr>
      </w:pPr>
      <w:r>
        <w:t>☐</w:t>
      </w:r>
      <w:r>
        <w:t xml:space="preserve">  Other specific information — ______________________________________________________</w:t>
      </w:r>
    </w:p>
    <w:tbl>
      <w:tblPr>
        <w:tblStyle w:val="TableGrid"/>
        <w:tblW w:w="0" w:type="auto"/>
        <w:jc w:val="center"/>
        <w:tblLook w:val="04A0" w:firstRow="1" w:lastRow="0" w:firstColumn="1" w:lastColumn="0" w:noHBand="0" w:noVBand="1"/>
      </w:tblPr>
      <w:tblGrid>
        <w:gridCol w:w="5175"/>
        <w:gridCol w:w="5183"/>
      </w:tblGrid>
      <w:tr w:rsidR="00E716B9" w14:paraId="2B169E41" w14:textId="77777777">
        <w:trPr>
          <w:jc w:val="center"/>
        </w:trPr>
        <w:tc>
          <w:tcPr>
            <w:tcW w:w="5184" w:type="dxa"/>
            <w:shd w:val="clear" w:color="auto" w:fill="E8F2F2"/>
            <w:tcMar>
              <w:top w:w="100" w:type="dxa"/>
              <w:left w:w="120" w:type="dxa"/>
              <w:bottom w:w="100" w:type="dxa"/>
              <w:right w:w="120" w:type="dxa"/>
            </w:tcMar>
            <w:vAlign w:val="center"/>
          </w:tcPr>
          <w:p w14:paraId="0A7CEBE1" w14:textId="77777777" w:rsidR="00E716B9" w:rsidRDefault="009A27E6">
            <w:pPr>
              <w:rPr>
                <w:rFonts w:hint="eastAsia"/>
              </w:rPr>
            </w:pPr>
            <w:r>
              <w:rPr>
                <w:b/>
              </w:rPr>
              <w:t>Date range</w:t>
            </w:r>
          </w:p>
        </w:tc>
        <w:tc>
          <w:tcPr>
            <w:tcW w:w="5184" w:type="dxa"/>
            <w:tcMar>
              <w:top w:w="100" w:type="dxa"/>
              <w:left w:w="120" w:type="dxa"/>
              <w:bottom w:w="100" w:type="dxa"/>
              <w:right w:w="120" w:type="dxa"/>
            </w:tcMar>
            <w:vAlign w:val="center"/>
          </w:tcPr>
          <w:p w14:paraId="7571D573" w14:textId="77777777" w:rsidR="00E716B9" w:rsidRDefault="009A27E6">
            <w:pPr>
              <w:rPr>
                <w:rFonts w:hint="eastAsia"/>
              </w:rPr>
            </w:pPr>
            <w:r>
              <w:t>From __________________________ through __________________________</w:t>
            </w:r>
          </w:p>
        </w:tc>
      </w:tr>
      <w:tr w:rsidR="00E716B9" w14:paraId="3734B7F3" w14:textId="77777777">
        <w:trPr>
          <w:jc w:val="center"/>
        </w:trPr>
        <w:tc>
          <w:tcPr>
            <w:tcW w:w="5184" w:type="dxa"/>
            <w:shd w:val="clear" w:color="auto" w:fill="E8F2F2"/>
            <w:tcMar>
              <w:top w:w="100" w:type="dxa"/>
              <w:left w:w="120" w:type="dxa"/>
              <w:bottom w:w="100" w:type="dxa"/>
              <w:right w:w="120" w:type="dxa"/>
            </w:tcMar>
            <w:vAlign w:val="center"/>
          </w:tcPr>
          <w:p w14:paraId="1DC1F8A9" w14:textId="77777777" w:rsidR="00E716B9" w:rsidRDefault="009A27E6">
            <w:pPr>
              <w:rPr>
                <w:rFonts w:hint="eastAsia"/>
              </w:rPr>
            </w:pPr>
            <w:r>
              <w:rPr>
                <w:b/>
              </w:rPr>
              <w:t>Service location, if relevant</w:t>
            </w:r>
          </w:p>
        </w:tc>
        <w:tc>
          <w:tcPr>
            <w:tcW w:w="5184" w:type="dxa"/>
            <w:tcMar>
              <w:top w:w="100" w:type="dxa"/>
              <w:left w:w="120" w:type="dxa"/>
              <w:bottom w:w="100" w:type="dxa"/>
              <w:right w:w="120" w:type="dxa"/>
            </w:tcMar>
            <w:vAlign w:val="center"/>
          </w:tcPr>
          <w:p w14:paraId="356D2517" w14:textId="77777777" w:rsidR="00E716B9" w:rsidRDefault="009A27E6">
            <w:pPr>
              <w:rPr>
                <w:rFonts w:hint="eastAsia"/>
              </w:rPr>
            </w:pPr>
            <w:r>
              <w:t>____________________________________________________</w:t>
            </w:r>
          </w:p>
        </w:tc>
      </w:tr>
    </w:tbl>
    <w:p w14:paraId="7C81C1E3" w14:textId="77777777" w:rsidR="00E716B9" w:rsidRDefault="009A27E6">
      <w:pPr>
        <w:pStyle w:val="Heading1"/>
      </w:pPr>
      <w:r>
        <w:t>5. Specially protected information</w:t>
      </w:r>
    </w:p>
    <w:p w14:paraId="18F80ECA" w14:textId="77777777" w:rsidR="00E716B9" w:rsidRDefault="009A27E6">
      <w:pPr>
        <w:rPr>
          <w:rFonts w:hint="eastAsia"/>
        </w:rPr>
      </w:pPr>
      <w:r>
        <w:t>Initial each category only if you specifically authorize its release. Harbor &amp; Haven will apply any additional federal or Virginia requirement that protects the information. Records not maintained by Harbor &amp; Haven cannot be released by Harbor &amp; Haven.</w:t>
      </w:r>
    </w:p>
    <w:tbl>
      <w:tblPr>
        <w:tblStyle w:val="TableGrid"/>
        <w:tblW w:w="0" w:type="auto"/>
        <w:jc w:val="center"/>
        <w:tblLook w:val="04A0" w:firstRow="1" w:lastRow="0" w:firstColumn="1" w:lastColumn="0" w:noHBand="0" w:noVBand="1"/>
      </w:tblPr>
      <w:tblGrid>
        <w:gridCol w:w="5176"/>
        <w:gridCol w:w="5182"/>
      </w:tblGrid>
      <w:tr w:rsidR="00E716B9" w14:paraId="206BF2E3" w14:textId="77777777">
        <w:trPr>
          <w:jc w:val="center"/>
        </w:trPr>
        <w:tc>
          <w:tcPr>
            <w:tcW w:w="5184" w:type="dxa"/>
            <w:shd w:val="clear" w:color="auto" w:fill="E8F2F2"/>
            <w:tcMar>
              <w:top w:w="100" w:type="dxa"/>
              <w:left w:w="120" w:type="dxa"/>
              <w:bottom w:w="100" w:type="dxa"/>
              <w:right w:w="120" w:type="dxa"/>
            </w:tcMar>
            <w:vAlign w:val="center"/>
          </w:tcPr>
          <w:p w14:paraId="7F5C0F74" w14:textId="77777777" w:rsidR="00E716B9" w:rsidRDefault="009A27E6">
            <w:pPr>
              <w:rPr>
                <w:rFonts w:hint="eastAsia"/>
              </w:rPr>
            </w:pPr>
            <w:r>
              <w:rPr>
                <w:b/>
              </w:rPr>
              <w:t>_____ Behavioral or mental health information</w:t>
            </w:r>
          </w:p>
        </w:tc>
        <w:tc>
          <w:tcPr>
            <w:tcW w:w="5184" w:type="dxa"/>
            <w:tcMar>
              <w:top w:w="100" w:type="dxa"/>
              <w:left w:w="120" w:type="dxa"/>
              <w:bottom w:w="100" w:type="dxa"/>
              <w:right w:w="120" w:type="dxa"/>
            </w:tcMar>
            <w:vAlign w:val="center"/>
          </w:tcPr>
          <w:p w14:paraId="09C9DE90" w14:textId="77777777" w:rsidR="00E716B9" w:rsidRDefault="009A27E6">
            <w:pPr>
              <w:rPr>
                <w:rFonts w:hint="eastAsia"/>
              </w:rPr>
            </w:pPr>
            <w:r>
              <w:t>Authorized only if initialed</w:t>
            </w:r>
          </w:p>
        </w:tc>
      </w:tr>
      <w:tr w:rsidR="00E716B9" w14:paraId="1FD1FE56" w14:textId="77777777">
        <w:trPr>
          <w:jc w:val="center"/>
        </w:trPr>
        <w:tc>
          <w:tcPr>
            <w:tcW w:w="5184" w:type="dxa"/>
            <w:shd w:val="clear" w:color="auto" w:fill="E8F2F2"/>
            <w:tcMar>
              <w:top w:w="100" w:type="dxa"/>
              <w:left w:w="120" w:type="dxa"/>
              <w:bottom w:w="100" w:type="dxa"/>
              <w:right w:w="120" w:type="dxa"/>
            </w:tcMar>
            <w:vAlign w:val="center"/>
          </w:tcPr>
          <w:p w14:paraId="6851A742" w14:textId="77777777" w:rsidR="00E716B9" w:rsidRDefault="009A27E6">
            <w:pPr>
              <w:rPr>
                <w:rFonts w:hint="eastAsia"/>
              </w:rPr>
            </w:pPr>
            <w:r>
              <w:rPr>
                <w:b/>
              </w:rPr>
              <w:t>_____ HIV, AIDS, or communicable-disease information</w:t>
            </w:r>
          </w:p>
        </w:tc>
        <w:tc>
          <w:tcPr>
            <w:tcW w:w="5184" w:type="dxa"/>
            <w:tcMar>
              <w:top w:w="100" w:type="dxa"/>
              <w:left w:w="120" w:type="dxa"/>
              <w:bottom w:w="100" w:type="dxa"/>
              <w:right w:w="120" w:type="dxa"/>
            </w:tcMar>
            <w:vAlign w:val="center"/>
          </w:tcPr>
          <w:p w14:paraId="1F8A830B" w14:textId="77777777" w:rsidR="00E716B9" w:rsidRDefault="009A27E6">
            <w:pPr>
              <w:rPr>
                <w:rFonts w:hint="eastAsia"/>
              </w:rPr>
            </w:pPr>
            <w:r>
              <w:t>Authorized only if initialed</w:t>
            </w:r>
          </w:p>
        </w:tc>
      </w:tr>
      <w:tr w:rsidR="00E716B9" w14:paraId="3B066B7A" w14:textId="77777777">
        <w:trPr>
          <w:jc w:val="center"/>
        </w:trPr>
        <w:tc>
          <w:tcPr>
            <w:tcW w:w="5184" w:type="dxa"/>
            <w:shd w:val="clear" w:color="auto" w:fill="E8F2F2"/>
            <w:tcMar>
              <w:top w:w="100" w:type="dxa"/>
              <w:left w:w="120" w:type="dxa"/>
              <w:bottom w:w="100" w:type="dxa"/>
              <w:right w:w="120" w:type="dxa"/>
            </w:tcMar>
            <w:vAlign w:val="center"/>
          </w:tcPr>
          <w:p w14:paraId="5616EBB4" w14:textId="77777777" w:rsidR="00E716B9" w:rsidRDefault="009A27E6">
            <w:pPr>
              <w:rPr>
                <w:rFonts w:hint="eastAsia"/>
              </w:rPr>
            </w:pPr>
            <w:r>
              <w:rPr>
                <w:b/>
              </w:rPr>
              <w:t>_____ Genetic-testing information</w:t>
            </w:r>
          </w:p>
        </w:tc>
        <w:tc>
          <w:tcPr>
            <w:tcW w:w="5184" w:type="dxa"/>
            <w:tcMar>
              <w:top w:w="100" w:type="dxa"/>
              <w:left w:w="120" w:type="dxa"/>
              <w:bottom w:w="100" w:type="dxa"/>
              <w:right w:w="120" w:type="dxa"/>
            </w:tcMar>
            <w:vAlign w:val="center"/>
          </w:tcPr>
          <w:p w14:paraId="485D36A6" w14:textId="77777777" w:rsidR="00E716B9" w:rsidRDefault="009A27E6">
            <w:pPr>
              <w:rPr>
                <w:rFonts w:hint="eastAsia"/>
              </w:rPr>
            </w:pPr>
            <w:r>
              <w:t>Authorized only if initialed</w:t>
            </w:r>
          </w:p>
        </w:tc>
      </w:tr>
      <w:tr w:rsidR="00E716B9" w14:paraId="2791B0A4" w14:textId="77777777">
        <w:trPr>
          <w:jc w:val="center"/>
        </w:trPr>
        <w:tc>
          <w:tcPr>
            <w:tcW w:w="5184" w:type="dxa"/>
            <w:shd w:val="clear" w:color="auto" w:fill="E8F2F2"/>
            <w:tcMar>
              <w:top w:w="100" w:type="dxa"/>
              <w:left w:w="120" w:type="dxa"/>
              <w:bottom w:w="100" w:type="dxa"/>
              <w:right w:w="120" w:type="dxa"/>
            </w:tcMar>
            <w:vAlign w:val="center"/>
          </w:tcPr>
          <w:p w14:paraId="0055F3C0" w14:textId="77777777" w:rsidR="00E716B9" w:rsidRDefault="009A27E6">
            <w:pPr>
              <w:rPr>
                <w:rFonts w:hint="eastAsia"/>
              </w:rPr>
            </w:pPr>
            <w:r>
              <w:rPr>
                <w:b/>
              </w:rPr>
              <w:t>_____ Substance use disorder information</w:t>
            </w:r>
          </w:p>
        </w:tc>
        <w:tc>
          <w:tcPr>
            <w:tcW w:w="5184" w:type="dxa"/>
            <w:tcMar>
              <w:top w:w="100" w:type="dxa"/>
              <w:left w:w="120" w:type="dxa"/>
              <w:bottom w:w="100" w:type="dxa"/>
              <w:right w:w="120" w:type="dxa"/>
            </w:tcMar>
            <w:vAlign w:val="center"/>
          </w:tcPr>
          <w:p w14:paraId="7C74CAB6" w14:textId="77777777" w:rsidR="00E716B9" w:rsidRDefault="009A27E6">
            <w:pPr>
              <w:rPr>
                <w:rFonts w:hint="eastAsia"/>
              </w:rPr>
            </w:pPr>
            <w:r>
              <w:t>Authorized only if initialed and legally permitted</w:t>
            </w:r>
          </w:p>
        </w:tc>
      </w:tr>
      <w:tr w:rsidR="00E716B9" w14:paraId="1E01C6B8" w14:textId="77777777">
        <w:trPr>
          <w:jc w:val="center"/>
        </w:trPr>
        <w:tc>
          <w:tcPr>
            <w:tcW w:w="5184" w:type="dxa"/>
            <w:shd w:val="clear" w:color="auto" w:fill="E8F2F2"/>
            <w:tcMar>
              <w:top w:w="100" w:type="dxa"/>
              <w:left w:w="120" w:type="dxa"/>
              <w:bottom w:w="100" w:type="dxa"/>
              <w:right w:w="120" w:type="dxa"/>
            </w:tcMar>
            <w:vAlign w:val="center"/>
          </w:tcPr>
          <w:p w14:paraId="1B32437F" w14:textId="77777777" w:rsidR="00E716B9" w:rsidRDefault="009A27E6">
            <w:pPr>
              <w:rPr>
                <w:rFonts w:hint="eastAsia"/>
              </w:rPr>
            </w:pPr>
            <w:r>
              <w:rPr>
                <w:b/>
              </w:rPr>
              <w:t>_____ Other sensitive information</w:t>
            </w:r>
          </w:p>
        </w:tc>
        <w:tc>
          <w:tcPr>
            <w:tcW w:w="5184" w:type="dxa"/>
            <w:tcMar>
              <w:top w:w="100" w:type="dxa"/>
              <w:left w:w="120" w:type="dxa"/>
              <w:bottom w:w="100" w:type="dxa"/>
              <w:right w:w="120" w:type="dxa"/>
            </w:tcMar>
            <w:vAlign w:val="center"/>
          </w:tcPr>
          <w:p w14:paraId="72541049" w14:textId="77777777" w:rsidR="00E716B9" w:rsidRDefault="009A27E6">
            <w:pPr>
              <w:rPr>
                <w:rFonts w:hint="eastAsia"/>
              </w:rPr>
            </w:pPr>
            <w:r>
              <w:t>Describe ___________________________________________</w:t>
            </w:r>
          </w:p>
        </w:tc>
      </w:tr>
    </w:tbl>
    <w:p w14:paraId="4531409C" w14:textId="77777777" w:rsidR="00E716B9" w:rsidRDefault="009A27E6">
      <w:pPr>
        <w:rPr>
          <w:rFonts w:hint="eastAsia"/>
        </w:rPr>
      </w:pPr>
      <w:r>
        <w:rPr>
          <w:b/>
        </w:rPr>
        <w:t xml:space="preserve">Psychotherapy notes are not included. </w:t>
      </w:r>
      <w:r>
        <w:t>HIPAA generally requires a separate authorization for psychotherapy notes. Federally protected substance use disorder records under 42 CFR Part 2 may also require a separate, specifically worded consent or court order.</w:t>
      </w:r>
    </w:p>
    <w:p w14:paraId="0D886A41" w14:textId="77777777" w:rsidR="00E716B9" w:rsidRDefault="009A27E6">
      <w:pPr>
        <w:pStyle w:val="Heading1"/>
      </w:pPr>
      <w:r>
        <w:t>6. Purpose of the disclosure</w:t>
      </w:r>
    </w:p>
    <w:p w14:paraId="45610153" w14:textId="77777777" w:rsidR="00E716B9" w:rsidRDefault="009A27E6">
      <w:pPr>
        <w:spacing w:after="40"/>
        <w:ind w:left="173"/>
        <w:rPr>
          <w:rFonts w:hint="eastAsia"/>
        </w:rPr>
      </w:pPr>
      <w:r>
        <w:t>☐</w:t>
      </w:r>
      <w:r>
        <w:t xml:space="preserve">  At my request</w:t>
      </w:r>
    </w:p>
    <w:p w14:paraId="357CB275" w14:textId="77777777" w:rsidR="00E716B9" w:rsidRDefault="009A27E6">
      <w:pPr>
        <w:spacing w:after="40"/>
        <w:ind w:left="173"/>
        <w:rPr>
          <w:rFonts w:hint="eastAsia"/>
        </w:rPr>
      </w:pPr>
      <w:r>
        <w:t>☐</w:t>
      </w:r>
      <w:r>
        <w:t xml:space="preserve">  Continuity or coordination of care</w:t>
      </w:r>
    </w:p>
    <w:p w14:paraId="0BD6FC29" w14:textId="77777777" w:rsidR="00E716B9" w:rsidRDefault="009A27E6">
      <w:pPr>
        <w:spacing w:after="40"/>
        <w:ind w:left="173"/>
        <w:rPr>
          <w:rFonts w:hint="eastAsia"/>
        </w:rPr>
      </w:pPr>
      <w:r>
        <w:t>☐</w:t>
      </w:r>
      <w:r>
        <w:t xml:space="preserve">  Insurance, benefits, Medicaid, or payment</w:t>
      </w:r>
    </w:p>
    <w:p w14:paraId="51947993" w14:textId="77777777" w:rsidR="00E716B9" w:rsidRDefault="009A27E6">
      <w:pPr>
        <w:spacing w:after="40"/>
        <w:ind w:left="173"/>
        <w:rPr>
          <w:rFonts w:hint="eastAsia"/>
        </w:rPr>
      </w:pPr>
      <w:r>
        <w:t>☐</w:t>
      </w:r>
      <w:r>
        <w:t xml:space="preserve">  Legal or personal business</w:t>
      </w:r>
    </w:p>
    <w:p w14:paraId="4808DD96" w14:textId="77777777" w:rsidR="00E716B9" w:rsidRDefault="009A27E6">
      <w:pPr>
        <w:spacing w:after="40"/>
        <w:ind w:left="173"/>
        <w:rPr>
          <w:rFonts w:hint="eastAsia"/>
        </w:rPr>
      </w:pPr>
      <w:r>
        <w:t>☐</w:t>
      </w:r>
      <w:r>
        <w:t xml:space="preserve">  Transfer to another provider or service organization</w:t>
      </w:r>
    </w:p>
    <w:p w14:paraId="17298D86" w14:textId="77777777" w:rsidR="00E716B9" w:rsidRDefault="009A27E6">
      <w:pPr>
        <w:spacing w:after="40"/>
        <w:ind w:left="173"/>
        <w:rPr>
          <w:rFonts w:hint="eastAsia"/>
        </w:rPr>
      </w:pPr>
      <w:r>
        <w:t>☐</w:t>
      </w:r>
      <w:r>
        <w:t xml:space="preserve">  Other — __________________________________________________________________</w:t>
      </w:r>
    </w:p>
    <w:p w14:paraId="302712D7" w14:textId="77777777" w:rsidR="00E716B9" w:rsidRDefault="009A27E6">
      <w:pPr>
        <w:pStyle w:val="Heading1"/>
      </w:pPr>
      <w:r>
        <w:t>7. Expiration</w:t>
      </w:r>
    </w:p>
    <w:p w14:paraId="660A8EAE" w14:textId="77777777" w:rsidR="00E716B9" w:rsidRDefault="009A27E6">
      <w:pPr>
        <w:rPr>
          <w:rFonts w:hint="eastAsia"/>
        </w:rPr>
      </w:pPr>
      <w:r>
        <w:t>This authorization expires on the earlier of the date or event selected below. The expiration must be specific enough to determine when authorization ends.</w:t>
      </w:r>
    </w:p>
    <w:p w14:paraId="3E109B7A" w14:textId="77777777" w:rsidR="00E716B9" w:rsidRDefault="009A27E6">
      <w:pPr>
        <w:spacing w:after="40"/>
        <w:ind w:left="173"/>
        <w:rPr>
          <w:rFonts w:hint="eastAsia"/>
        </w:rPr>
      </w:pPr>
      <w:r>
        <w:t>☐</w:t>
      </w:r>
      <w:r>
        <w:t xml:space="preserve">  On this date — ______________________________</w:t>
      </w:r>
    </w:p>
    <w:p w14:paraId="1E29713D" w14:textId="77777777" w:rsidR="00E716B9" w:rsidRDefault="009A27E6">
      <w:pPr>
        <w:spacing w:after="40"/>
        <w:ind w:left="173"/>
        <w:rPr>
          <w:rFonts w:hint="eastAsia"/>
        </w:rPr>
      </w:pPr>
      <w:r>
        <w:t>☐</w:t>
      </w:r>
      <w:r>
        <w:t xml:space="preserve">  When this event occurs — __________________________________________________________</w:t>
      </w:r>
    </w:p>
    <w:p w14:paraId="36E9E370" w14:textId="77777777" w:rsidR="00E716B9" w:rsidRDefault="009A27E6">
      <w:pPr>
        <w:spacing w:after="40"/>
        <w:ind w:left="173"/>
        <w:rPr>
          <w:rFonts w:hint="eastAsia"/>
        </w:rPr>
      </w:pPr>
      <w:r>
        <w:t>☐</w:t>
      </w:r>
      <w:r>
        <w:t xml:space="preserve">  Ninety days after signature, if neither option above is completed</w:t>
      </w:r>
    </w:p>
    <w:p w14:paraId="45C714F5" w14:textId="77777777" w:rsidR="00E716B9" w:rsidRDefault="009A27E6">
      <w:pPr>
        <w:pStyle w:val="Heading1"/>
      </w:pPr>
      <w:r>
        <w:lastRenderedPageBreak/>
        <w:t>8. Your rights and important information</w:t>
      </w:r>
    </w:p>
    <w:p w14:paraId="017BC99C" w14:textId="77777777" w:rsidR="00E716B9" w:rsidRDefault="009A27E6">
      <w:pPr>
        <w:pStyle w:val="ListBullet"/>
        <w:rPr>
          <w:rFonts w:hint="eastAsia"/>
        </w:rPr>
      </w:pPr>
      <w:r>
        <w:t>Signing is voluntary. Harbor &amp; Haven generally will not condition treatment, payment, enrollment, eligibility for benefits, or non-medical home-care services on signing this authorization, except when the law permits a specific exception.</w:t>
      </w:r>
    </w:p>
    <w:p w14:paraId="04F2078B" w14:textId="77777777" w:rsidR="00E716B9" w:rsidRDefault="009A27E6">
      <w:pPr>
        <w:pStyle w:val="ListBullet"/>
        <w:rPr>
          <w:rFonts w:hint="eastAsia"/>
        </w:rPr>
      </w:pPr>
      <w:r>
        <w:t>You may revoke this authorization at any time by sending a written request to Harbor &amp; Haven’s Privacy Officer at the address shown on this form. Revocation will not affect disclosures already made in reasonable reliance on this authorization or other action the law permits.</w:t>
      </w:r>
    </w:p>
    <w:p w14:paraId="541816DE" w14:textId="77777777" w:rsidR="00E716B9" w:rsidRDefault="009A27E6">
      <w:pPr>
        <w:pStyle w:val="ListBullet"/>
        <w:rPr>
          <w:rFonts w:hint="eastAsia"/>
        </w:rPr>
      </w:pPr>
      <w:r>
        <w:t>Information disclosed under this authorization may be redisclosed by the recipient and may no longer be protected by HIPAA. Federal or Virginia law may continue to protect certain records, including qualifying substance use disorder, HIV, genetic, or mental-health information.</w:t>
      </w:r>
    </w:p>
    <w:p w14:paraId="3B3230E7" w14:textId="77777777" w:rsidR="00E716B9" w:rsidRDefault="009A27E6">
      <w:pPr>
        <w:pStyle w:val="ListBullet"/>
        <w:rPr>
          <w:rFonts w:hint="eastAsia"/>
        </w:rPr>
      </w:pPr>
      <w:r>
        <w:t>You may request and receive a copy of this signed authorization. A copy, electronic image, or electronically signed version may be treated as valid to the extent allowed by law.</w:t>
      </w:r>
    </w:p>
    <w:p w14:paraId="0F8AD7E0" w14:textId="77777777" w:rsidR="00E716B9" w:rsidRDefault="009A27E6">
      <w:pPr>
        <w:pStyle w:val="ListBullet"/>
        <w:rPr>
          <w:rFonts w:hint="eastAsia"/>
        </w:rPr>
      </w:pPr>
      <w:r>
        <w:t>Harbor &amp; Haven may verify identity, authority, recipient details, and delivery instructions before releasing records. Reasonable copying, labor, postage, or electronic-delivery charges may apply only when permitted by law and disclosed in advance.</w:t>
      </w:r>
    </w:p>
    <w:p w14:paraId="5C886A90" w14:textId="77777777" w:rsidR="00E716B9" w:rsidRDefault="009A27E6">
      <w:pPr>
        <w:pStyle w:val="Heading1"/>
      </w:pPr>
      <w:r>
        <w:t>9. Authorization and signature</w:t>
      </w:r>
    </w:p>
    <w:p w14:paraId="786D0D5F" w14:textId="77777777" w:rsidR="00E716B9" w:rsidRDefault="009A27E6">
      <w:pPr>
        <w:rPr>
          <w:rFonts w:hint="eastAsia"/>
        </w:rPr>
      </w:pPr>
      <w:r>
        <w:rPr>
          <w:b/>
        </w:rPr>
        <w:t xml:space="preserve">I have read and understand this authorization. </w:t>
      </w:r>
      <w:r>
        <w:t>I authorize the disclosure described above. I understand the information to be released, the recipient, the purpose, the expiration, my right to revoke, and the possibility of redisclosure. I certify that the information I provided is accurate and that I am the individual or a person legally authorized to act for the individual.</w:t>
      </w:r>
    </w:p>
    <w:tbl>
      <w:tblPr>
        <w:tblW w:w="0" w:type="auto"/>
        <w:jc w:val="center"/>
        <w:tblLook w:val="04A0" w:firstRow="1" w:lastRow="0" w:firstColumn="1" w:lastColumn="0" w:noHBand="0" w:noVBand="1"/>
      </w:tblPr>
      <w:tblGrid>
        <w:gridCol w:w="5184"/>
        <w:gridCol w:w="5184"/>
      </w:tblGrid>
      <w:tr w:rsidR="00E716B9" w14:paraId="16539372" w14:textId="77777777">
        <w:trPr>
          <w:jc w:val="center"/>
        </w:trPr>
        <w:tc>
          <w:tcPr>
            <w:tcW w:w="5184" w:type="dxa"/>
          </w:tcPr>
          <w:p w14:paraId="0AA6E768" w14:textId="77777777" w:rsidR="00E716B9" w:rsidRDefault="009A27E6">
            <w:pPr>
              <w:rPr>
                <w:rFonts w:hint="eastAsia"/>
              </w:rPr>
            </w:pPr>
            <w:r>
              <w:t>____________________________________________</w:t>
            </w:r>
          </w:p>
        </w:tc>
        <w:tc>
          <w:tcPr>
            <w:tcW w:w="5184" w:type="dxa"/>
          </w:tcPr>
          <w:p w14:paraId="400837DB" w14:textId="77777777" w:rsidR="00E716B9" w:rsidRDefault="009A27E6">
            <w:pPr>
              <w:rPr>
                <w:rFonts w:hint="eastAsia"/>
              </w:rPr>
            </w:pPr>
            <w:r>
              <w:t>______________________</w:t>
            </w:r>
          </w:p>
        </w:tc>
      </w:tr>
      <w:tr w:rsidR="00E716B9" w14:paraId="4B75E84B" w14:textId="77777777">
        <w:trPr>
          <w:jc w:val="center"/>
        </w:trPr>
        <w:tc>
          <w:tcPr>
            <w:tcW w:w="5184" w:type="dxa"/>
          </w:tcPr>
          <w:p w14:paraId="1F4C2973" w14:textId="77777777" w:rsidR="00E716B9" w:rsidRDefault="009A27E6">
            <w:pPr>
              <w:rPr>
                <w:rFonts w:hint="eastAsia"/>
              </w:rPr>
            </w:pPr>
            <w:r>
              <w:rPr>
                <w:b/>
              </w:rPr>
              <w:t>Signature of individual or personal representative</w:t>
            </w:r>
          </w:p>
        </w:tc>
        <w:tc>
          <w:tcPr>
            <w:tcW w:w="5184" w:type="dxa"/>
          </w:tcPr>
          <w:p w14:paraId="47DEDA9F" w14:textId="77777777" w:rsidR="00E716B9" w:rsidRDefault="009A27E6">
            <w:pPr>
              <w:rPr>
                <w:rFonts w:hint="eastAsia"/>
              </w:rPr>
            </w:pPr>
            <w:r>
              <w:rPr>
                <w:b/>
              </w:rPr>
              <w:t>Date</w:t>
            </w:r>
          </w:p>
        </w:tc>
      </w:tr>
    </w:tbl>
    <w:tbl>
      <w:tblPr>
        <w:tblStyle w:val="TableGrid"/>
        <w:tblW w:w="0" w:type="auto"/>
        <w:jc w:val="center"/>
        <w:tblLook w:val="04A0" w:firstRow="1" w:lastRow="0" w:firstColumn="1" w:lastColumn="0" w:noHBand="0" w:noVBand="1"/>
      </w:tblPr>
      <w:tblGrid>
        <w:gridCol w:w="5049"/>
        <w:gridCol w:w="5309"/>
      </w:tblGrid>
      <w:tr w:rsidR="00E716B9" w14:paraId="68AD4120" w14:textId="77777777">
        <w:trPr>
          <w:jc w:val="center"/>
        </w:trPr>
        <w:tc>
          <w:tcPr>
            <w:tcW w:w="5184" w:type="dxa"/>
            <w:shd w:val="clear" w:color="auto" w:fill="E8F2F2"/>
            <w:tcMar>
              <w:top w:w="100" w:type="dxa"/>
              <w:left w:w="120" w:type="dxa"/>
              <w:bottom w:w="100" w:type="dxa"/>
              <w:right w:w="120" w:type="dxa"/>
            </w:tcMar>
            <w:vAlign w:val="center"/>
          </w:tcPr>
          <w:p w14:paraId="055D599F" w14:textId="77777777" w:rsidR="00E716B9" w:rsidRDefault="009A27E6">
            <w:pPr>
              <w:rPr>
                <w:rFonts w:hint="eastAsia"/>
              </w:rPr>
            </w:pPr>
            <w:r>
              <w:rPr>
                <w:b/>
              </w:rPr>
              <w:t>Printed name of signer</w:t>
            </w:r>
          </w:p>
        </w:tc>
        <w:tc>
          <w:tcPr>
            <w:tcW w:w="5184" w:type="dxa"/>
            <w:tcMar>
              <w:top w:w="100" w:type="dxa"/>
              <w:left w:w="120" w:type="dxa"/>
              <w:bottom w:w="100" w:type="dxa"/>
              <w:right w:w="120" w:type="dxa"/>
            </w:tcMar>
            <w:vAlign w:val="center"/>
          </w:tcPr>
          <w:p w14:paraId="6943CA1A" w14:textId="77777777" w:rsidR="00E716B9" w:rsidRDefault="009A27E6">
            <w:pPr>
              <w:rPr>
                <w:rFonts w:hint="eastAsia"/>
              </w:rPr>
            </w:pPr>
            <w:r>
              <w:t>__________________________________________________________</w:t>
            </w:r>
          </w:p>
        </w:tc>
      </w:tr>
      <w:tr w:rsidR="00E716B9" w14:paraId="786C1033" w14:textId="77777777">
        <w:trPr>
          <w:jc w:val="center"/>
        </w:trPr>
        <w:tc>
          <w:tcPr>
            <w:tcW w:w="5184" w:type="dxa"/>
            <w:shd w:val="clear" w:color="auto" w:fill="E8F2F2"/>
            <w:tcMar>
              <w:top w:w="100" w:type="dxa"/>
              <w:left w:w="120" w:type="dxa"/>
              <w:bottom w:w="100" w:type="dxa"/>
              <w:right w:w="120" w:type="dxa"/>
            </w:tcMar>
            <w:vAlign w:val="center"/>
          </w:tcPr>
          <w:p w14:paraId="59A8683A" w14:textId="77777777" w:rsidR="00E716B9" w:rsidRDefault="009A27E6">
            <w:pPr>
              <w:rPr>
                <w:rFonts w:hint="eastAsia"/>
              </w:rPr>
            </w:pPr>
            <w:r>
              <w:rPr>
                <w:b/>
              </w:rPr>
              <w:t>If representative, relationship to individual</w:t>
            </w:r>
          </w:p>
        </w:tc>
        <w:tc>
          <w:tcPr>
            <w:tcW w:w="5184" w:type="dxa"/>
            <w:tcMar>
              <w:top w:w="100" w:type="dxa"/>
              <w:left w:w="120" w:type="dxa"/>
              <w:bottom w:w="100" w:type="dxa"/>
              <w:right w:w="120" w:type="dxa"/>
            </w:tcMar>
            <w:vAlign w:val="center"/>
          </w:tcPr>
          <w:p w14:paraId="2CB35FB9" w14:textId="77777777" w:rsidR="00E716B9" w:rsidRDefault="009A27E6">
            <w:pPr>
              <w:rPr>
                <w:rFonts w:hint="eastAsia"/>
              </w:rPr>
            </w:pPr>
            <w:r>
              <w:t>________________________________________</w:t>
            </w:r>
          </w:p>
        </w:tc>
      </w:tr>
      <w:tr w:rsidR="00E716B9" w14:paraId="5C269A04" w14:textId="77777777">
        <w:trPr>
          <w:jc w:val="center"/>
        </w:trPr>
        <w:tc>
          <w:tcPr>
            <w:tcW w:w="5184" w:type="dxa"/>
            <w:shd w:val="clear" w:color="auto" w:fill="E8F2F2"/>
            <w:tcMar>
              <w:top w:w="100" w:type="dxa"/>
              <w:left w:w="120" w:type="dxa"/>
              <w:bottom w:w="100" w:type="dxa"/>
              <w:right w:w="120" w:type="dxa"/>
            </w:tcMar>
            <w:vAlign w:val="center"/>
          </w:tcPr>
          <w:p w14:paraId="64B6661E" w14:textId="77777777" w:rsidR="00E716B9" w:rsidRDefault="009A27E6">
            <w:pPr>
              <w:rPr>
                <w:rFonts w:hint="eastAsia"/>
              </w:rPr>
            </w:pPr>
            <w:r>
              <w:rPr>
                <w:b/>
              </w:rPr>
              <w:t>Representative’s legal authority</w:t>
            </w:r>
          </w:p>
        </w:tc>
        <w:tc>
          <w:tcPr>
            <w:tcW w:w="5184" w:type="dxa"/>
            <w:tcMar>
              <w:top w:w="100" w:type="dxa"/>
              <w:left w:w="120" w:type="dxa"/>
              <w:bottom w:w="100" w:type="dxa"/>
              <w:right w:w="120" w:type="dxa"/>
            </w:tcMar>
            <w:vAlign w:val="center"/>
          </w:tcPr>
          <w:p w14:paraId="447874D3" w14:textId="77777777" w:rsidR="00E716B9" w:rsidRDefault="009A27E6">
            <w:pPr>
              <w:rPr>
                <w:rFonts w:hint="eastAsia"/>
              </w:rPr>
            </w:pPr>
            <w:r>
              <w:t>☐</w:t>
            </w:r>
            <w:r>
              <w:t xml:space="preserve"> Parent/guardian   ☐ Health care agent   ☐ Power of attorney   ☐ Other</w:t>
            </w:r>
          </w:p>
        </w:tc>
      </w:tr>
      <w:tr w:rsidR="00E716B9" w14:paraId="4434635F" w14:textId="77777777">
        <w:trPr>
          <w:jc w:val="center"/>
        </w:trPr>
        <w:tc>
          <w:tcPr>
            <w:tcW w:w="5184" w:type="dxa"/>
            <w:shd w:val="clear" w:color="auto" w:fill="E8F2F2"/>
            <w:tcMar>
              <w:top w:w="100" w:type="dxa"/>
              <w:left w:w="120" w:type="dxa"/>
              <w:bottom w:w="100" w:type="dxa"/>
              <w:right w:w="120" w:type="dxa"/>
            </w:tcMar>
            <w:vAlign w:val="center"/>
          </w:tcPr>
          <w:p w14:paraId="4FEF83B6" w14:textId="77777777" w:rsidR="00E716B9" w:rsidRDefault="009A27E6">
            <w:pPr>
              <w:rPr>
                <w:rFonts w:hint="eastAsia"/>
              </w:rPr>
            </w:pPr>
            <w:r>
              <w:rPr>
                <w:b/>
              </w:rPr>
              <w:t>Authority documentation</w:t>
            </w:r>
          </w:p>
        </w:tc>
        <w:tc>
          <w:tcPr>
            <w:tcW w:w="5184" w:type="dxa"/>
            <w:tcMar>
              <w:top w:w="100" w:type="dxa"/>
              <w:left w:w="120" w:type="dxa"/>
              <w:bottom w:w="100" w:type="dxa"/>
              <w:right w:w="120" w:type="dxa"/>
            </w:tcMar>
            <w:vAlign w:val="center"/>
          </w:tcPr>
          <w:p w14:paraId="329CCB6A" w14:textId="77777777" w:rsidR="00E716B9" w:rsidRDefault="009A27E6">
            <w:pPr>
              <w:rPr>
                <w:rFonts w:hint="eastAsia"/>
              </w:rPr>
            </w:pPr>
            <w:r>
              <w:t>☐</w:t>
            </w:r>
            <w:r>
              <w:t xml:space="preserve"> Attached   ☐ Already on file   ☐ Not applicable</w:t>
            </w:r>
          </w:p>
        </w:tc>
      </w:tr>
    </w:tbl>
    <w:tbl>
      <w:tblPr>
        <w:tblW w:w="0" w:type="auto"/>
        <w:jc w:val="center"/>
        <w:tblLook w:val="04A0" w:firstRow="1" w:lastRow="0" w:firstColumn="1" w:lastColumn="0" w:noHBand="0" w:noVBand="1"/>
      </w:tblPr>
      <w:tblGrid>
        <w:gridCol w:w="5184"/>
        <w:gridCol w:w="5184"/>
      </w:tblGrid>
      <w:tr w:rsidR="00E716B9" w14:paraId="6287EB74" w14:textId="77777777">
        <w:trPr>
          <w:jc w:val="center"/>
        </w:trPr>
        <w:tc>
          <w:tcPr>
            <w:tcW w:w="5184" w:type="dxa"/>
          </w:tcPr>
          <w:p w14:paraId="28D50064" w14:textId="77777777" w:rsidR="00E716B9" w:rsidRDefault="009A27E6">
            <w:pPr>
              <w:rPr>
                <w:rFonts w:hint="eastAsia"/>
              </w:rPr>
            </w:pPr>
            <w:r>
              <w:t>____________________________________________</w:t>
            </w:r>
          </w:p>
        </w:tc>
        <w:tc>
          <w:tcPr>
            <w:tcW w:w="5184" w:type="dxa"/>
          </w:tcPr>
          <w:p w14:paraId="0E7CBDBE" w14:textId="77777777" w:rsidR="00E716B9" w:rsidRDefault="009A27E6">
            <w:pPr>
              <w:rPr>
                <w:rFonts w:hint="eastAsia"/>
              </w:rPr>
            </w:pPr>
            <w:r>
              <w:t>______________________</w:t>
            </w:r>
          </w:p>
        </w:tc>
      </w:tr>
      <w:tr w:rsidR="00E716B9" w14:paraId="20783283" w14:textId="77777777">
        <w:trPr>
          <w:jc w:val="center"/>
        </w:trPr>
        <w:tc>
          <w:tcPr>
            <w:tcW w:w="5184" w:type="dxa"/>
          </w:tcPr>
          <w:p w14:paraId="13609B48" w14:textId="77777777" w:rsidR="00E716B9" w:rsidRDefault="009A27E6">
            <w:pPr>
              <w:rPr>
                <w:rFonts w:hint="eastAsia"/>
              </w:rPr>
            </w:pPr>
            <w:r>
              <w:rPr>
                <w:b/>
              </w:rPr>
              <w:t>Witness signature, if required by Harbor &amp; Haven policy</w:t>
            </w:r>
          </w:p>
        </w:tc>
        <w:tc>
          <w:tcPr>
            <w:tcW w:w="5184" w:type="dxa"/>
          </w:tcPr>
          <w:p w14:paraId="7C31E056" w14:textId="77777777" w:rsidR="00E716B9" w:rsidRDefault="009A27E6">
            <w:pPr>
              <w:rPr>
                <w:rFonts w:hint="eastAsia"/>
              </w:rPr>
            </w:pPr>
            <w:r>
              <w:rPr>
                <w:b/>
              </w:rPr>
              <w:t>Date</w:t>
            </w:r>
          </w:p>
        </w:tc>
      </w:tr>
    </w:tbl>
    <w:p w14:paraId="3E369B64" w14:textId="77777777" w:rsidR="00E716B9" w:rsidRDefault="009A27E6">
      <w:pPr>
        <w:pStyle w:val="Heading1"/>
      </w:pPr>
      <w:r>
        <w:t>10. Harbor &amp; Haven administrative use</w:t>
      </w:r>
    </w:p>
    <w:tbl>
      <w:tblPr>
        <w:tblStyle w:val="TableGrid"/>
        <w:tblW w:w="0" w:type="auto"/>
        <w:jc w:val="center"/>
        <w:tblLook w:val="04A0" w:firstRow="1" w:lastRow="0" w:firstColumn="1" w:lastColumn="0" w:noHBand="0" w:noVBand="1"/>
      </w:tblPr>
      <w:tblGrid>
        <w:gridCol w:w="4874"/>
        <w:gridCol w:w="5484"/>
      </w:tblGrid>
      <w:tr w:rsidR="00E716B9" w14:paraId="06346B95" w14:textId="77777777">
        <w:trPr>
          <w:jc w:val="center"/>
        </w:trPr>
        <w:tc>
          <w:tcPr>
            <w:tcW w:w="5184" w:type="dxa"/>
            <w:shd w:val="clear" w:color="auto" w:fill="E8F2F2"/>
            <w:tcMar>
              <w:top w:w="100" w:type="dxa"/>
              <w:left w:w="120" w:type="dxa"/>
              <w:bottom w:w="100" w:type="dxa"/>
              <w:right w:w="120" w:type="dxa"/>
            </w:tcMar>
            <w:vAlign w:val="center"/>
          </w:tcPr>
          <w:p w14:paraId="4FF40FF6" w14:textId="77777777" w:rsidR="00E716B9" w:rsidRDefault="009A27E6">
            <w:pPr>
              <w:rPr>
                <w:rFonts w:hint="eastAsia"/>
              </w:rPr>
            </w:pPr>
            <w:r>
              <w:rPr>
                <w:b/>
              </w:rPr>
              <w:t>Request received</w:t>
            </w:r>
          </w:p>
        </w:tc>
        <w:tc>
          <w:tcPr>
            <w:tcW w:w="5184" w:type="dxa"/>
            <w:tcMar>
              <w:top w:w="100" w:type="dxa"/>
              <w:left w:w="120" w:type="dxa"/>
              <w:bottom w:w="100" w:type="dxa"/>
              <w:right w:w="120" w:type="dxa"/>
            </w:tcMar>
            <w:vAlign w:val="center"/>
          </w:tcPr>
          <w:p w14:paraId="611538E4" w14:textId="77777777" w:rsidR="00E716B9" w:rsidRDefault="009A27E6">
            <w:pPr>
              <w:rPr>
                <w:rFonts w:hint="eastAsia"/>
              </w:rPr>
            </w:pPr>
            <w:r>
              <w:t>Date ____________________   Time ____________________</w:t>
            </w:r>
          </w:p>
        </w:tc>
      </w:tr>
      <w:tr w:rsidR="00E716B9" w14:paraId="52DBFB4A" w14:textId="77777777">
        <w:trPr>
          <w:jc w:val="center"/>
        </w:trPr>
        <w:tc>
          <w:tcPr>
            <w:tcW w:w="5184" w:type="dxa"/>
            <w:shd w:val="clear" w:color="auto" w:fill="E8F2F2"/>
            <w:tcMar>
              <w:top w:w="100" w:type="dxa"/>
              <w:left w:w="120" w:type="dxa"/>
              <w:bottom w:w="100" w:type="dxa"/>
              <w:right w:w="120" w:type="dxa"/>
            </w:tcMar>
            <w:vAlign w:val="center"/>
          </w:tcPr>
          <w:p w14:paraId="240FE40F" w14:textId="77777777" w:rsidR="00E716B9" w:rsidRDefault="009A27E6">
            <w:pPr>
              <w:rPr>
                <w:rFonts w:hint="eastAsia"/>
              </w:rPr>
            </w:pPr>
            <w:r>
              <w:rPr>
                <w:b/>
              </w:rPr>
              <w:t>Identity and authority verified by</w:t>
            </w:r>
          </w:p>
        </w:tc>
        <w:tc>
          <w:tcPr>
            <w:tcW w:w="5184" w:type="dxa"/>
            <w:tcMar>
              <w:top w:w="100" w:type="dxa"/>
              <w:left w:w="120" w:type="dxa"/>
              <w:bottom w:w="100" w:type="dxa"/>
              <w:right w:w="120" w:type="dxa"/>
            </w:tcMar>
            <w:vAlign w:val="center"/>
          </w:tcPr>
          <w:p w14:paraId="10ACDE61" w14:textId="77777777" w:rsidR="00E716B9" w:rsidRDefault="009A27E6">
            <w:pPr>
              <w:rPr>
                <w:rFonts w:hint="eastAsia"/>
              </w:rPr>
            </w:pPr>
            <w:r>
              <w:t>________________________________________________</w:t>
            </w:r>
          </w:p>
        </w:tc>
      </w:tr>
      <w:tr w:rsidR="00E716B9" w14:paraId="683363AE" w14:textId="77777777">
        <w:trPr>
          <w:jc w:val="center"/>
        </w:trPr>
        <w:tc>
          <w:tcPr>
            <w:tcW w:w="5184" w:type="dxa"/>
            <w:shd w:val="clear" w:color="auto" w:fill="E8F2F2"/>
            <w:tcMar>
              <w:top w:w="100" w:type="dxa"/>
              <w:left w:w="120" w:type="dxa"/>
              <w:bottom w:w="100" w:type="dxa"/>
              <w:right w:w="120" w:type="dxa"/>
            </w:tcMar>
            <w:vAlign w:val="center"/>
          </w:tcPr>
          <w:p w14:paraId="5C442DBB" w14:textId="77777777" w:rsidR="00E716B9" w:rsidRDefault="009A27E6">
            <w:pPr>
              <w:rPr>
                <w:rFonts w:hint="eastAsia"/>
              </w:rPr>
            </w:pPr>
            <w:r>
              <w:rPr>
                <w:b/>
              </w:rPr>
              <w:t>Records reviewed by</w:t>
            </w:r>
          </w:p>
        </w:tc>
        <w:tc>
          <w:tcPr>
            <w:tcW w:w="5184" w:type="dxa"/>
            <w:tcMar>
              <w:top w:w="100" w:type="dxa"/>
              <w:left w:w="120" w:type="dxa"/>
              <w:bottom w:w="100" w:type="dxa"/>
              <w:right w:w="120" w:type="dxa"/>
            </w:tcMar>
            <w:vAlign w:val="center"/>
          </w:tcPr>
          <w:p w14:paraId="3E9B55B2" w14:textId="77777777" w:rsidR="00E716B9" w:rsidRDefault="009A27E6">
            <w:pPr>
              <w:rPr>
                <w:rFonts w:hint="eastAsia"/>
              </w:rPr>
            </w:pPr>
            <w:r>
              <w:t>____________________________________________________________</w:t>
            </w:r>
          </w:p>
        </w:tc>
      </w:tr>
      <w:tr w:rsidR="00E716B9" w14:paraId="3B2A0EC7" w14:textId="77777777">
        <w:trPr>
          <w:jc w:val="center"/>
        </w:trPr>
        <w:tc>
          <w:tcPr>
            <w:tcW w:w="5184" w:type="dxa"/>
            <w:shd w:val="clear" w:color="auto" w:fill="E8F2F2"/>
            <w:tcMar>
              <w:top w:w="100" w:type="dxa"/>
              <w:left w:w="120" w:type="dxa"/>
              <w:bottom w:w="100" w:type="dxa"/>
              <w:right w:w="120" w:type="dxa"/>
            </w:tcMar>
            <w:vAlign w:val="center"/>
          </w:tcPr>
          <w:p w14:paraId="1683F822" w14:textId="77777777" w:rsidR="00E716B9" w:rsidRDefault="009A27E6">
            <w:pPr>
              <w:rPr>
                <w:rFonts w:hint="eastAsia"/>
              </w:rPr>
            </w:pPr>
            <w:r>
              <w:rPr>
                <w:b/>
              </w:rPr>
              <w:t>Disclosure completed</w:t>
            </w:r>
          </w:p>
        </w:tc>
        <w:tc>
          <w:tcPr>
            <w:tcW w:w="5184" w:type="dxa"/>
            <w:tcMar>
              <w:top w:w="100" w:type="dxa"/>
              <w:left w:w="120" w:type="dxa"/>
              <w:bottom w:w="100" w:type="dxa"/>
              <w:right w:w="120" w:type="dxa"/>
            </w:tcMar>
            <w:vAlign w:val="center"/>
          </w:tcPr>
          <w:p w14:paraId="5FD2F5BC" w14:textId="77777777" w:rsidR="00E716B9" w:rsidRDefault="009A27E6">
            <w:pPr>
              <w:rPr>
                <w:rFonts w:hint="eastAsia"/>
              </w:rPr>
            </w:pPr>
            <w:r>
              <w:t>Date ____________________   Method __________________________</w:t>
            </w:r>
          </w:p>
        </w:tc>
      </w:tr>
      <w:tr w:rsidR="00E716B9" w14:paraId="29D3ABF8" w14:textId="77777777">
        <w:trPr>
          <w:jc w:val="center"/>
        </w:trPr>
        <w:tc>
          <w:tcPr>
            <w:tcW w:w="5184" w:type="dxa"/>
            <w:shd w:val="clear" w:color="auto" w:fill="E8F2F2"/>
            <w:tcMar>
              <w:top w:w="100" w:type="dxa"/>
              <w:left w:w="120" w:type="dxa"/>
              <w:bottom w:w="100" w:type="dxa"/>
              <w:right w:w="120" w:type="dxa"/>
            </w:tcMar>
            <w:vAlign w:val="center"/>
          </w:tcPr>
          <w:p w14:paraId="5785CE32" w14:textId="77777777" w:rsidR="00E716B9" w:rsidRDefault="009A27E6">
            <w:pPr>
              <w:rPr>
                <w:rFonts w:hint="eastAsia"/>
              </w:rPr>
            </w:pPr>
            <w:r>
              <w:rPr>
                <w:b/>
              </w:rPr>
              <w:t>Information withheld or request denied</w:t>
            </w:r>
          </w:p>
        </w:tc>
        <w:tc>
          <w:tcPr>
            <w:tcW w:w="5184" w:type="dxa"/>
            <w:tcMar>
              <w:top w:w="100" w:type="dxa"/>
              <w:left w:w="120" w:type="dxa"/>
              <w:bottom w:w="100" w:type="dxa"/>
              <w:right w:w="120" w:type="dxa"/>
            </w:tcMar>
            <w:vAlign w:val="center"/>
          </w:tcPr>
          <w:p w14:paraId="43442F34" w14:textId="77777777" w:rsidR="00E716B9" w:rsidRDefault="009A27E6">
            <w:pPr>
              <w:rPr>
                <w:rFonts w:hint="eastAsia"/>
              </w:rPr>
            </w:pPr>
            <w:r>
              <w:t>☐</w:t>
            </w:r>
            <w:r>
              <w:t xml:space="preserve"> No   ☐ Yes — reason documented separately</w:t>
            </w:r>
          </w:p>
        </w:tc>
      </w:tr>
      <w:tr w:rsidR="00E716B9" w14:paraId="3C2DBA6B" w14:textId="77777777">
        <w:trPr>
          <w:jc w:val="center"/>
        </w:trPr>
        <w:tc>
          <w:tcPr>
            <w:tcW w:w="5184" w:type="dxa"/>
            <w:shd w:val="clear" w:color="auto" w:fill="E8F2F2"/>
            <w:tcMar>
              <w:top w:w="100" w:type="dxa"/>
              <w:left w:w="120" w:type="dxa"/>
              <w:bottom w:w="100" w:type="dxa"/>
              <w:right w:w="120" w:type="dxa"/>
            </w:tcMar>
            <w:vAlign w:val="center"/>
          </w:tcPr>
          <w:p w14:paraId="387906E9" w14:textId="77777777" w:rsidR="00E716B9" w:rsidRDefault="009A27E6">
            <w:pPr>
              <w:rPr>
                <w:rFonts w:hint="eastAsia"/>
              </w:rPr>
            </w:pPr>
            <w:r>
              <w:rPr>
                <w:b/>
              </w:rPr>
              <w:t>Staff initials</w:t>
            </w:r>
          </w:p>
        </w:tc>
        <w:tc>
          <w:tcPr>
            <w:tcW w:w="5184" w:type="dxa"/>
            <w:tcMar>
              <w:top w:w="100" w:type="dxa"/>
              <w:left w:w="120" w:type="dxa"/>
              <w:bottom w:w="100" w:type="dxa"/>
              <w:right w:w="120" w:type="dxa"/>
            </w:tcMar>
            <w:vAlign w:val="center"/>
          </w:tcPr>
          <w:p w14:paraId="160AECDE" w14:textId="77777777" w:rsidR="00E716B9" w:rsidRDefault="009A27E6">
            <w:pPr>
              <w:rPr>
                <w:rFonts w:hint="eastAsia"/>
              </w:rPr>
            </w:pPr>
            <w:r>
              <w:t>________________________</w:t>
            </w:r>
          </w:p>
        </w:tc>
      </w:tr>
    </w:tbl>
    <w:tbl>
      <w:tblPr>
        <w:tblW w:w="0" w:type="auto"/>
        <w:jc w:val="center"/>
        <w:tblLook w:val="04A0" w:firstRow="1" w:lastRow="0" w:firstColumn="1" w:lastColumn="0" w:noHBand="0" w:noVBand="1"/>
      </w:tblPr>
      <w:tblGrid>
        <w:gridCol w:w="10368"/>
      </w:tblGrid>
      <w:tr w:rsidR="00E716B9" w14:paraId="06AD58D1" w14:textId="77777777">
        <w:trPr>
          <w:jc w:val="center"/>
        </w:trPr>
        <w:tc>
          <w:tcPr>
            <w:tcW w:w="10368" w:type="dxa"/>
            <w:shd w:val="clear" w:color="auto" w:fill="F6F1E5"/>
            <w:tcMar>
              <w:top w:w="100" w:type="dxa"/>
              <w:left w:w="120" w:type="dxa"/>
              <w:bottom w:w="100" w:type="dxa"/>
              <w:right w:w="120" w:type="dxa"/>
            </w:tcMar>
          </w:tcPr>
          <w:p w14:paraId="4155766F" w14:textId="7A4E6824" w:rsidR="00E716B9" w:rsidRDefault="009A27E6">
            <w:pPr>
              <w:spacing w:after="0"/>
              <w:rPr>
                <w:rFonts w:hint="eastAsia"/>
              </w:rPr>
            </w:pPr>
            <w:r>
              <w:t>Return completed forms to Harbor &amp; Haven’s Privacy Officer at the mailing address above or through an approved secure delivery method</w:t>
            </w:r>
            <w:r w:rsidR="000A74B1">
              <w:t xml:space="preserve"> (support@harborhavencare.org)</w:t>
            </w:r>
            <w:r>
              <w:t>. Call (202) 834-7910 before sending sensitive information by ordinary email or fax to confirm current instructions.</w:t>
            </w:r>
          </w:p>
        </w:tc>
      </w:tr>
    </w:tbl>
    <w:p w14:paraId="43351142" w14:textId="77777777" w:rsidR="00E716B9" w:rsidRDefault="009A27E6">
      <w:pPr>
        <w:rPr>
          <w:rFonts w:hint="eastAsia"/>
        </w:rPr>
      </w:pPr>
      <w:r>
        <w:br w:type="page"/>
      </w:r>
    </w:p>
    <w:p w14:paraId="65E3E7D1" w14:textId="77777777" w:rsidR="00E716B9" w:rsidRDefault="009A27E6">
      <w:pPr>
        <w:pStyle w:val="Heading1"/>
      </w:pPr>
      <w:r>
        <w:lastRenderedPageBreak/>
        <w:t>Internal drafting references — remove before public posting if desired</w:t>
      </w:r>
    </w:p>
    <w:p w14:paraId="73412AC5" w14:textId="77777777" w:rsidR="00E716B9" w:rsidRDefault="009A27E6">
      <w:pPr>
        <w:rPr>
          <w:rFonts w:hint="eastAsia"/>
        </w:rPr>
      </w:pPr>
      <w:r>
        <w:t>This form was written for practical use with Harbor &amp; Haven records and should be reviewed against the company’s actual HIPAA status, licensing status, record systems, release workflow, and Virginia counsel’s advice.</w:t>
      </w:r>
    </w:p>
    <w:p w14:paraId="2612AC59" w14:textId="77777777" w:rsidR="00E716B9" w:rsidRDefault="009A27E6">
      <w:pPr>
        <w:pStyle w:val="ListBullet"/>
        <w:rPr>
          <w:rFonts w:hint="eastAsia"/>
        </w:rPr>
      </w:pPr>
      <w:r>
        <w:t>HIPAA authorization requirements — 45 C.F.R. § 164.508(c)</w:t>
      </w:r>
    </w:p>
    <w:p w14:paraId="356A91A6" w14:textId="77777777" w:rsidR="00E716B9" w:rsidRDefault="009A27E6">
      <w:pPr>
        <w:pStyle w:val="ListBullet"/>
        <w:rPr>
          <w:rFonts w:hint="eastAsia"/>
        </w:rPr>
      </w:pPr>
      <w:r>
        <w:t>Virginia health-record privacy and disclosure requirements — Virginia Code § 32.1-127.1:03</w:t>
      </w:r>
    </w:p>
    <w:p w14:paraId="54625370" w14:textId="77777777" w:rsidR="00E716B9" w:rsidRDefault="009A27E6">
      <w:pPr>
        <w:pStyle w:val="ListBullet"/>
        <w:rPr>
          <w:rFonts w:hint="eastAsia"/>
        </w:rPr>
      </w:pPr>
      <w:r>
        <w:t>HHS explanation of individual access and authorization requirements</w:t>
      </w:r>
    </w:p>
    <w:p w14:paraId="5B27CA20" w14:textId="77777777" w:rsidR="00E716B9" w:rsidRDefault="009A27E6">
      <w:pPr>
        <w:pStyle w:val="ListBullet"/>
        <w:rPr>
          <w:rFonts w:hint="eastAsia"/>
        </w:rPr>
      </w:pPr>
      <w:r>
        <w:t>42 C.F.R. Part 2 protections when federally protected substance use disorder records are involved</w:t>
      </w:r>
    </w:p>
    <w:sectPr w:rsidR="00E716B9"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D081" w14:textId="77777777" w:rsidR="009A27E6" w:rsidRDefault="009A27E6">
      <w:pPr>
        <w:spacing w:after="0" w:line="240" w:lineRule="auto"/>
        <w:rPr>
          <w:rFonts w:hint="eastAsia"/>
        </w:rPr>
      </w:pPr>
      <w:r>
        <w:separator/>
      </w:r>
    </w:p>
  </w:endnote>
  <w:endnote w:type="continuationSeparator" w:id="0">
    <w:p w14:paraId="727638F4" w14:textId="77777777" w:rsidR="009A27E6" w:rsidRDefault="009A27E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CB5F" w14:textId="77777777" w:rsidR="00E716B9" w:rsidRDefault="009A27E6">
    <w:pPr>
      <w:pStyle w:val="Footer"/>
      <w:jc w:val="center"/>
      <w:rPr>
        <w:rFonts w:hint="eastAsia"/>
      </w:rPr>
    </w:pPr>
    <w:r>
      <w:rPr>
        <w:color w:val="666666"/>
        <w:sz w:val="15"/>
      </w:rPr>
      <w:t xml:space="preserve">Harbor &amp; Haven Home Care, </w:t>
    </w:r>
    <w:proofErr w:type="gramStart"/>
    <w:r>
      <w:rPr>
        <w:color w:val="666666"/>
        <w:sz w:val="15"/>
      </w:rPr>
      <w:t>LLC  •</w:t>
    </w:r>
    <w:proofErr w:type="gramEnd"/>
    <w:r>
      <w:rPr>
        <w:color w:val="666666"/>
        <w:sz w:val="15"/>
      </w:rPr>
      <w:t xml:space="preserve">  Form version July 30,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0ABF" w14:textId="77777777" w:rsidR="009A27E6" w:rsidRDefault="009A27E6">
      <w:pPr>
        <w:spacing w:after="0" w:line="240" w:lineRule="auto"/>
        <w:rPr>
          <w:rFonts w:hint="eastAsia"/>
        </w:rPr>
      </w:pPr>
      <w:r>
        <w:separator/>
      </w:r>
    </w:p>
  </w:footnote>
  <w:footnote w:type="continuationSeparator" w:id="0">
    <w:p w14:paraId="14826999" w14:textId="77777777" w:rsidR="009A27E6" w:rsidRDefault="009A27E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3088" w14:textId="77777777" w:rsidR="00E716B9" w:rsidRDefault="009A27E6">
    <w:pPr>
      <w:pStyle w:val="Header"/>
      <w:jc w:val="right"/>
      <w:rPr>
        <w:rFonts w:hint="eastAsia"/>
      </w:rPr>
    </w:pPr>
    <w:r>
      <w:rPr>
        <w:color w:val="666666"/>
        <w:sz w:val="15"/>
      </w:rPr>
      <w:t xml:space="preserve">Harbor &amp; Haven Home Care, </w:t>
    </w:r>
    <w:proofErr w:type="gramStart"/>
    <w:r>
      <w:rPr>
        <w:color w:val="666666"/>
        <w:sz w:val="15"/>
      </w:rPr>
      <w:t>LLC  |</w:t>
    </w:r>
    <w:proofErr w:type="gramEnd"/>
    <w:r>
      <w:rPr>
        <w:color w:val="666666"/>
        <w:sz w:val="15"/>
      </w:rPr>
      <w:t xml:space="preserve">  Authorization to Release Medical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4148042">
    <w:abstractNumId w:val="8"/>
  </w:num>
  <w:num w:numId="2" w16cid:durableId="207378020">
    <w:abstractNumId w:val="6"/>
  </w:num>
  <w:num w:numId="3" w16cid:durableId="1271085485">
    <w:abstractNumId w:val="5"/>
  </w:num>
  <w:num w:numId="4" w16cid:durableId="846483140">
    <w:abstractNumId w:val="4"/>
  </w:num>
  <w:num w:numId="5" w16cid:durableId="1363899116">
    <w:abstractNumId w:val="7"/>
  </w:num>
  <w:num w:numId="6" w16cid:durableId="1377580722">
    <w:abstractNumId w:val="3"/>
  </w:num>
  <w:num w:numId="7" w16cid:durableId="429745059">
    <w:abstractNumId w:val="2"/>
  </w:num>
  <w:num w:numId="8" w16cid:durableId="273635149">
    <w:abstractNumId w:val="1"/>
  </w:num>
  <w:num w:numId="9" w16cid:durableId="9898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286"/>
    <w:rsid w:val="000A74B1"/>
    <w:rsid w:val="0015074B"/>
    <w:rsid w:val="0029639D"/>
    <w:rsid w:val="00326F90"/>
    <w:rsid w:val="003D7C3A"/>
    <w:rsid w:val="009A27E6"/>
    <w:rsid w:val="00AA1D8D"/>
    <w:rsid w:val="00B47730"/>
    <w:rsid w:val="00CB0664"/>
    <w:rsid w:val="00E716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B9454"/>
  <w14:defaultImageDpi w14:val="300"/>
  <w15:docId w15:val="{DFAB5E5F-7132-4208-B076-34C5B939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5" w:lineRule="auto"/>
    </w:pPr>
    <w:rPr>
      <w:rFonts w:ascii="Aptos" w:hAnsi="Aptos"/>
      <w:color w:val="263746"/>
      <w:sz w:val="19"/>
    </w:rPr>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b/>
      <w:bCs/>
      <w:color w:val="2E7478"/>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color w:val="17324D"/>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20" w:after="60" w:line="240" w:lineRule="auto"/>
      <w:contextualSpacing/>
    </w:pPr>
    <w:rPr>
      <w:rFonts w:asciiTheme="majorHAnsi" w:eastAsiaTheme="majorEastAsia" w:hAnsiTheme="majorHAnsi" w:cstheme="majorBidi"/>
      <w:b/>
      <w:color w:val="17324D"/>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Harbor &amp; Haven Home Care, LLC — Authorization to Release Medical Information</dc:title>
  <dc:subject>HIPAA and Virginia health-record authorization form</dc:subject>
  <dc:creator>Harbor &amp; Haven Home Care, LLC</dc:creator>
  <cp:keywords/>
  <dc:description>generated by python-docx</dc:description>
  <cp:lastModifiedBy>Ke Bradshaw-McIntosh</cp:lastModifiedBy>
  <cp:revision>2</cp:revision>
  <cp:lastPrinted>2026-07-30T20:31:00Z</cp:lastPrinted>
  <dcterms:created xsi:type="dcterms:W3CDTF">2026-07-30T20:32:00Z</dcterms:created>
  <dcterms:modified xsi:type="dcterms:W3CDTF">2026-07-30T20:32:00Z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b0c9b4fb-1193-4c9b-9015-f96f62ece5c8</vt:lpwstr>
  </property>
</Properties>
</file>